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7F0" w:rsidRDefault="008B67F0">
      <w:pPr>
        <w:autoSpaceDE w:val="0"/>
        <w:autoSpaceDN w:val="0"/>
        <w:spacing w:after="78" w:line="220" w:lineRule="exact"/>
      </w:pPr>
    </w:p>
    <w:p w:rsidR="008B67F0" w:rsidRPr="00BD009C" w:rsidRDefault="00C1579F">
      <w:pPr>
        <w:autoSpaceDE w:val="0"/>
        <w:autoSpaceDN w:val="0"/>
        <w:spacing w:after="0" w:line="230" w:lineRule="auto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656070" cy="9583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958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D009C"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8B67F0" w:rsidRPr="00BD009C" w:rsidRDefault="00BD009C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 по  литературному 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 „Об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8B67F0" w:rsidRPr="00BD009C" w:rsidRDefault="00BD009C">
      <w:pPr>
        <w:autoSpaceDE w:val="0"/>
        <w:autoSpaceDN w:val="0"/>
        <w:spacing w:before="262" w:after="0" w:line="262" w:lineRule="auto"/>
        <w:ind w:right="576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«ЛИТЕРАТУРНОЕ ЧТЕНИЕ НА РОДНОМ (РУССКОМ) ЯЗЫКЕ»</w:t>
      </w:r>
    </w:p>
    <w:p w:rsidR="008B67F0" w:rsidRPr="00BD009C" w:rsidRDefault="00BD009C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«Литературное чтение на родном (русском) </w:t>
      </w:r>
      <w:proofErr w:type="gramStart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языке»разработана</w:t>
      </w:r>
      <w:proofErr w:type="gramEnd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8B67F0" w:rsidRPr="00BD009C" w:rsidRDefault="00BD009C">
      <w:pPr>
        <w:autoSpaceDE w:val="0"/>
        <w:autoSpaceDN w:val="0"/>
        <w:spacing w:before="178" w:after="0"/>
        <w:ind w:left="420" w:right="432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реализовать в процессе преподавания учебного предмета «Литературное чтение на родном (русском) языке» современные подходы к достижению личностных, метапредметных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8B67F0" w:rsidRPr="00BD009C" w:rsidRDefault="00BD009C">
      <w:pPr>
        <w:autoSpaceDE w:val="0"/>
        <w:autoSpaceDN w:val="0"/>
        <w:spacing w:before="190" w:after="0" w:line="283" w:lineRule="auto"/>
        <w:ind w:left="420" w:right="144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</w:t>
      </w:r>
      <w:r w:rsidRPr="00BD009C">
        <w:rPr>
          <w:lang w:val="ru-RU"/>
        </w:rPr>
        <w:br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объединения по общему образованию); Примерной программой воспитания (одобрена решением федерального учебно-методического объединения  по  общему  образованию,  протокол  от 2 июня 2020 г. № 2/20);</w:t>
      </w:r>
    </w:p>
    <w:p w:rsidR="008B67F0" w:rsidRPr="00BD009C" w:rsidRDefault="00BD009C">
      <w:pPr>
        <w:autoSpaceDE w:val="0"/>
        <w:autoSpaceDN w:val="0"/>
        <w:spacing w:before="192" w:after="0"/>
        <w:ind w:left="420" w:right="288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8B67F0" w:rsidRPr="00BD009C" w:rsidRDefault="00BD009C">
      <w:pPr>
        <w:autoSpaceDE w:val="0"/>
        <w:autoSpaceDN w:val="0"/>
        <w:spacing w:before="178" w:after="0" w:line="283" w:lineRule="auto"/>
        <w:ind w:firstLine="18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BD009C">
        <w:rPr>
          <w:lang w:val="ru-RU"/>
        </w:rPr>
        <w:br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государственным образовательным стандартом начального общего образования к предметной </w:t>
      </w:r>
      <w:proofErr w:type="gramStart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области«</w:t>
      </w:r>
      <w:proofErr w:type="gramEnd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Родной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</w:t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(русском) языке в рамках предметной области «Родной язык и литературное чтение на родном языке» имеют свою специфику.</w:t>
      </w:r>
    </w:p>
    <w:p w:rsidR="008B67F0" w:rsidRPr="00BD009C" w:rsidRDefault="00BD009C" w:rsidP="00BD009C">
      <w:pPr>
        <w:autoSpaceDE w:val="0"/>
        <w:autoSpaceDN w:val="0"/>
        <w:spacing w:before="190" w:after="0"/>
        <w:ind w:right="144" w:firstLine="18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историко-</w:t>
      </w:r>
    </w:p>
    <w:p w:rsidR="008B67F0" w:rsidRPr="00BD009C" w:rsidRDefault="00BD009C">
      <w:pPr>
        <w:autoSpaceDE w:val="0"/>
        <w:autoSpaceDN w:val="0"/>
        <w:spacing w:after="0" w:line="288" w:lineRule="auto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</w:t>
      </w:r>
      <w:r w:rsidRPr="00BD009C">
        <w:rPr>
          <w:lang w:val="ru-RU"/>
        </w:rPr>
        <w:br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:rsidR="008B67F0" w:rsidRPr="00BD009C" w:rsidRDefault="00BD009C">
      <w:pPr>
        <w:autoSpaceDE w:val="0"/>
        <w:autoSpaceDN w:val="0"/>
        <w:spacing w:before="262" w:after="0" w:line="262" w:lineRule="auto"/>
        <w:ind w:right="576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«ЛИТЕРАТУРНОЕ ЧТЕНИЕ НА РОДНОМ (РУССКОМ) ЯЗЫКЕ»</w:t>
      </w:r>
    </w:p>
    <w:p w:rsidR="008B67F0" w:rsidRPr="00BD009C" w:rsidRDefault="00BD009C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изучения предмета «Литературное чтение на родном (русском) языке» являются:</w:t>
      </w:r>
    </w:p>
    <w:p w:rsidR="008B67F0" w:rsidRPr="00BD009C" w:rsidRDefault="00BD009C">
      <w:pPr>
        <w:autoSpaceDE w:val="0"/>
        <w:autoSpaceDN w:val="0"/>
        <w:spacing w:before="178" w:after="0" w:line="262" w:lineRule="auto"/>
        <w:ind w:left="420" w:right="144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воспитание ценностного отношения к русской литературе и русскому языку как существенной части родной культуры;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proofErr w:type="gramStart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включение</w:t>
      </w:r>
      <w:proofErr w:type="gramEnd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осознание исторической преемственности поколений, своей ответственности за сохранение русской культуры;</w:t>
      </w:r>
    </w:p>
    <w:p w:rsidR="008B67F0" w:rsidRPr="00BD009C" w:rsidRDefault="00BD009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развитие читательских умений.</w:t>
      </w:r>
    </w:p>
    <w:p w:rsidR="008B67F0" w:rsidRPr="00BD009C" w:rsidRDefault="00BD009C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Достижение данных целей предполагает решение следующих </w:t>
      </w: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задач</w:t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8B67F0" w:rsidRPr="00BD009C" w:rsidRDefault="00BD009C">
      <w:pPr>
        <w:autoSpaceDE w:val="0"/>
        <w:autoSpaceDN w:val="0"/>
        <w:spacing w:before="178" w:after="0" w:line="271" w:lineRule="auto"/>
        <w:ind w:left="420" w:right="736"/>
        <w:jc w:val="both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8B67F0" w:rsidRPr="00BD009C" w:rsidRDefault="00BD009C">
      <w:pPr>
        <w:autoSpaceDE w:val="0"/>
        <w:autoSpaceDN w:val="0"/>
        <w:spacing w:before="192" w:after="0"/>
        <w:ind w:left="420" w:right="432"/>
        <w:rPr>
          <w:lang w:val="ru-RU"/>
        </w:rPr>
      </w:pPr>
      <w:proofErr w:type="gramStart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воспитание</w:t>
      </w:r>
      <w:proofErr w:type="gramEnd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потребности в постоянном чтении для развития личности, для речевого самосовершенствования;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proofErr w:type="gramStart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развитие</w:t>
      </w:r>
      <w:proofErr w:type="gramEnd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 всех видов речевой деятельности, приобретение опыта создания устных и письменных высказываний о прочитанном.</w:t>
      </w:r>
    </w:p>
    <w:p w:rsidR="008B67F0" w:rsidRPr="00BD009C" w:rsidRDefault="008B67F0">
      <w:pPr>
        <w:autoSpaceDE w:val="0"/>
        <w:autoSpaceDN w:val="0"/>
        <w:spacing w:after="78" w:line="220" w:lineRule="exact"/>
        <w:rPr>
          <w:lang w:val="ru-RU"/>
        </w:rPr>
      </w:pPr>
    </w:p>
    <w:p w:rsidR="008B67F0" w:rsidRPr="00BD009C" w:rsidRDefault="00BD009C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ЛИТЕРАТУРНОЕ ЧТЕНИЕ НА РОДНОМ (РУССКОМ) ЯЗЫКЕ» В УЧЕБНОМ ПЛАНЕ</w:t>
      </w:r>
    </w:p>
    <w:p w:rsidR="008B67F0" w:rsidRPr="00BD009C" w:rsidRDefault="00BD009C">
      <w:pPr>
        <w:autoSpaceDE w:val="0"/>
        <w:autoSpaceDN w:val="0"/>
        <w:spacing w:before="166" w:after="0" w:line="283" w:lineRule="auto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</w:t>
      </w:r>
      <w:r w:rsidRPr="00BD009C">
        <w:rPr>
          <w:lang w:val="ru-RU"/>
        </w:rPr>
        <w:br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17 часов в 4 классе. Резерв учебного времени отводится на вариативную часть программы, которая предусматривает изучение </w:t>
      </w:r>
      <w:r w:rsidRPr="00BD009C">
        <w:rPr>
          <w:lang w:val="ru-RU"/>
        </w:rPr>
        <w:br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:rsidR="008B67F0" w:rsidRPr="00BD009C" w:rsidRDefault="00BD009C">
      <w:pPr>
        <w:autoSpaceDE w:val="0"/>
        <w:autoSpaceDN w:val="0"/>
        <w:spacing w:before="264" w:after="0" w:line="262" w:lineRule="auto"/>
        <w:ind w:right="1008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ОСНОВНЫЕ СОДЕРЖАТЕЛЬНЫЕ ЛИНИИ РАБОЧЕЙ ПРОГРАММЫ УЧЕБНОГО ПРЕДМЕТА «ЛИТЕРАТУРНОЕ ЧТЕНИЕ НА РОДНОМ (РУССКОМ) ЯЗЫКЕ»</w:t>
      </w:r>
    </w:p>
    <w:p w:rsidR="008B67F0" w:rsidRPr="00BD009C" w:rsidRDefault="00BD009C">
      <w:pPr>
        <w:autoSpaceDE w:val="0"/>
        <w:autoSpaceDN w:val="0"/>
        <w:spacing w:before="166" w:after="0" w:line="288" w:lineRule="auto"/>
        <w:ind w:firstLine="18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</w:t>
      </w:r>
      <w:r w:rsidRPr="00BD009C">
        <w:rPr>
          <w:lang w:val="ru-RU"/>
        </w:rPr>
        <w:br/>
      </w:r>
      <w:proofErr w:type="gramStart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рассматриваться  как</w:t>
      </w:r>
      <w:proofErr w:type="gramEnd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  время для углублённого изучения основного курса литературного чтения, входящего в предметную область «Русский язык и литературное чтение».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</w:t>
      </w:r>
      <w:r w:rsidRPr="00BD009C">
        <w:rPr>
          <w:lang w:val="ru-RU"/>
        </w:rPr>
        <w:br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национального сознания и русской культуры понятиями.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8B67F0" w:rsidRPr="00BD009C" w:rsidRDefault="00BD009C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BD009C">
        <w:rPr>
          <w:lang w:val="ru-RU"/>
        </w:rPr>
        <w:tab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В данной программе специфика курса «Литературное чтение на родном (русском) языке»реализована благодаря: </w:t>
      </w:r>
      <w:r w:rsidRPr="00BD009C">
        <w:rPr>
          <w:lang w:val="ru-RU"/>
        </w:rPr>
        <w:br/>
      </w:r>
      <w:r w:rsidRPr="00BD009C">
        <w:rPr>
          <w:lang w:val="ru-RU"/>
        </w:rPr>
        <w:tab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  <w:r w:rsidRPr="00BD009C">
        <w:rPr>
          <w:lang w:val="ru-RU"/>
        </w:rPr>
        <w:br/>
      </w:r>
      <w:r w:rsidRPr="00BD009C">
        <w:rPr>
          <w:lang w:val="ru-RU"/>
        </w:rPr>
        <w:tab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 </w:t>
      </w:r>
      <w:r w:rsidRPr="00BD009C">
        <w:rPr>
          <w:lang w:val="ru-RU"/>
        </w:rPr>
        <w:br/>
      </w:r>
      <w:r w:rsidRPr="00BD009C">
        <w:rPr>
          <w:lang w:val="ru-RU"/>
        </w:rPr>
        <w:tab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в) расширенному историко-культурному комментарию к произведениям, созданным во времена, </w:t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8B67F0" w:rsidRPr="00BD009C" w:rsidRDefault="00BD009C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:rsidR="008B67F0" w:rsidRPr="00BD009C" w:rsidRDefault="00BD009C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</w:t>
      </w:r>
    </w:p>
    <w:p w:rsidR="008B67F0" w:rsidRPr="00BD009C" w:rsidRDefault="008B67F0">
      <w:pPr>
        <w:autoSpaceDE w:val="0"/>
        <w:autoSpaceDN w:val="0"/>
        <w:spacing w:after="66" w:line="220" w:lineRule="exact"/>
        <w:rPr>
          <w:lang w:val="ru-RU"/>
        </w:rPr>
      </w:pPr>
    </w:p>
    <w:p w:rsidR="008B67F0" w:rsidRPr="00BD009C" w:rsidRDefault="00BD009C">
      <w:pPr>
        <w:autoSpaceDE w:val="0"/>
        <w:autoSpaceDN w:val="0"/>
        <w:spacing w:after="0" w:line="271" w:lineRule="auto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8B67F0" w:rsidRPr="00BD009C" w:rsidRDefault="008B67F0">
      <w:pPr>
        <w:autoSpaceDE w:val="0"/>
        <w:autoSpaceDN w:val="0"/>
        <w:spacing w:after="78" w:line="220" w:lineRule="exact"/>
        <w:rPr>
          <w:lang w:val="ru-RU"/>
        </w:rPr>
      </w:pPr>
    </w:p>
    <w:p w:rsidR="008B67F0" w:rsidRPr="00BD009C" w:rsidRDefault="00BD009C">
      <w:pPr>
        <w:autoSpaceDE w:val="0"/>
        <w:autoSpaceDN w:val="0"/>
        <w:spacing w:after="0" w:line="230" w:lineRule="auto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BD009C" w:rsidRPr="00BD009C" w:rsidRDefault="00BD009C" w:rsidP="00BD009C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BD009C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>Тема</w:t>
      </w:r>
      <w:r w:rsidRPr="00BD009C">
        <w:rPr>
          <w:rFonts w:ascii="Times New Roman" w:eastAsia="Times New Roman" w:hAnsi="Times New Roman" w:cs="Times New Roman"/>
          <w:b/>
          <w:spacing w:val="-13"/>
          <w:sz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>1.</w:t>
      </w:r>
      <w:r w:rsidRPr="00BD009C">
        <w:rPr>
          <w:rFonts w:ascii="Times New Roman" w:eastAsia="Times New Roman" w:hAnsi="Times New Roman" w:cs="Times New Roman"/>
          <w:b/>
          <w:spacing w:val="-13"/>
          <w:sz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>ЗДРАВСТВУЙ,</w:t>
      </w:r>
      <w:r w:rsidRPr="00BD009C">
        <w:rPr>
          <w:rFonts w:ascii="Times New Roman" w:eastAsia="Times New Roman" w:hAnsi="Times New Roman" w:cs="Times New Roman"/>
          <w:b/>
          <w:spacing w:val="-12"/>
          <w:sz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>ОСЕНЬ!</w:t>
      </w:r>
      <w:r w:rsidRPr="00BD009C">
        <w:rPr>
          <w:rFonts w:ascii="Times New Roman" w:eastAsia="Times New Roman" w:hAnsi="Times New Roman" w:cs="Times New Roman"/>
          <w:b/>
          <w:spacing w:val="-13"/>
          <w:sz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spacing w:val="-1"/>
          <w:sz w:val="24"/>
          <w:lang w:val="ru-RU"/>
        </w:rPr>
        <w:t>ЗДРАВСТВУЙ,</w:t>
      </w:r>
      <w:r w:rsidRPr="00BD009C">
        <w:rPr>
          <w:rFonts w:ascii="Times New Roman" w:eastAsia="Times New Roman" w:hAnsi="Times New Roman" w:cs="Times New Roman"/>
          <w:b/>
          <w:spacing w:val="-12"/>
          <w:sz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spacing w:val="-1"/>
          <w:sz w:val="24"/>
          <w:lang w:val="ru-RU"/>
        </w:rPr>
        <w:t>ШКОЛА!(1</w:t>
      </w:r>
      <w:r w:rsidRPr="00BD009C">
        <w:rPr>
          <w:rFonts w:ascii="Times New Roman" w:eastAsia="Times New Roman" w:hAnsi="Times New Roman" w:cs="Times New Roman"/>
          <w:b/>
          <w:spacing w:val="-13"/>
          <w:sz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spacing w:val="-1"/>
          <w:sz w:val="24"/>
          <w:lang w:val="ru-RU"/>
        </w:rPr>
        <w:t>ч.)</w:t>
      </w:r>
    </w:p>
    <w:p w:rsidR="00BD009C" w:rsidRPr="00BD009C" w:rsidRDefault="00BD009C" w:rsidP="00BD009C">
      <w:pPr>
        <w:widowControl w:val="0"/>
        <w:autoSpaceDE w:val="0"/>
        <w:autoSpaceDN w:val="0"/>
        <w:spacing w:before="9" w:after="0" w:line="247" w:lineRule="auto"/>
        <w:ind w:right="5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Рассказы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осени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школьном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детстве,</w:t>
      </w:r>
      <w:r w:rsidRPr="00BD009C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взаимоотношениях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между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детьми,</w:t>
      </w:r>
      <w:r w:rsidRPr="00BD009C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отношении</w:t>
      </w:r>
      <w:r w:rsidRPr="00BD009C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учёбе</w:t>
      </w:r>
      <w:r w:rsidRPr="00BD009C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как</w:t>
      </w:r>
      <w:r w:rsidRPr="00BD009C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своему</w:t>
      </w:r>
      <w:r w:rsidRPr="00BD009C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главному</w:t>
      </w:r>
      <w:r w:rsidRPr="00BD009C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делу</w:t>
      </w:r>
      <w:r w:rsidRPr="00BD009C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D009C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этом</w:t>
      </w:r>
      <w:r w:rsidRPr="00BD009C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возрасте:</w:t>
      </w:r>
      <w:r w:rsidRPr="00BD009C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Е.</w:t>
      </w:r>
      <w:r w:rsidRPr="00BD009C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Наумова</w:t>
      </w:r>
    </w:p>
    <w:p w:rsidR="00BD009C" w:rsidRPr="00BD009C" w:rsidRDefault="00BD009C" w:rsidP="00BD009C">
      <w:pPr>
        <w:widowControl w:val="0"/>
        <w:autoSpaceDE w:val="0"/>
        <w:autoSpaceDN w:val="0"/>
        <w:spacing w:before="1" w:after="0" w:line="247" w:lineRule="auto"/>
        <w:ind w:right="50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«Замечательный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день»,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«Очень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просто»;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Преображенская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«Осени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приметы»;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Дементьев</w:t>
      </w:r>
      <w:r w:rsidRPr="00BD009C">
        <w:rPr>
          <w:rFonts w:ascii="Times New Roman" w:eastAsia="Times New Roman" w:hAnsi="Times New Roman" w:cs="Times New Roman"/>
          <w:spacing w:val="8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«Друг</w:t>
      </w:r>
      <w:r w:rsidRPr="00BD009C">
        <w:rPr>
          <w:rFonts w:ascii="Times New Roman" w:eastAsia="Times New Roman" w:hAnsi="Times New Roman" w:cs="Times New Roman"/>
          <w:spacing w:val="8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познаётся</w:t>
      </w:r>
      <w:r w:rsidRPr="00BD009C">
        <w:rPr>
          <w:rFonts w:ascii="Times New Roman" w:eastAsia="Times New Roman" w:hAnsi="Times New Roman" w:cs="Times New Roman"/>
          <w:spacing w:val="8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D009C">
        <w:rPr>
          <w:rFonts w:ascii="Times New Roman" w:eastAsia="Times New Roman" w:hAnsi="Times New Roman" w:cs="Times New Roman"/>
          <w:spacing w:val="8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удаче…»;</w:t>
      </w:r>
      <w:r w:rsidRPr="00BD009C">
        <w:rPr>
          <w:rFonts w:ascii="Times New Roman" w:eastAsia="Times New Roman" w:hAnsi="Times New Roman" w:cs="Times New Roman"/>
          <w:spacing w:val="8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Е.</w:t>
      </w:r>
      <w:r w:rsidRPr="00BD009C">
        <w:rPr>
          <w:rFonts w:ascii="Times New Roman" w:eastAsia="Times New Roman" w:hAnsi="Times New Roman" w:cs="Times New Roman"/>
          <w:spacing w:val="8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Пермяк</w:t>
      </w:r>
      <w:r w:rsidRPr="00BD009C">
        <w:rPr>
          <w:rFonts w:ascii="Times New Roman" w:eastAsia="Times New Roman" w:hAnsi="Times New Roman" w:cs="Times New Roman"/>
          <w:spacing w:val="8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«Надёжный</w:t>
      </w:r>
      <w:r w:rsidRPr="00BD009C">
        <w:rPr>
          <w:rFonts w:ascii="Times New Roman" w:eastAsia="Times New Roman" w:hAnsi="Times New Roman" w:cs="Times New Roman"/>
          <w:spacing w:val="8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человек»;</w:t>
      </w:r>
      <w:r w:rsidRPr="00BD009C">
        <w:rPr>
          <w:rFonts w:ascii="Times New Roman" w:eastAsia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Е.</w:t>
      </w:r>
      <w:r w:rsidRPr="00BD009C">
        <w:rPr>
          <w:rFonts w:ascii="Times New Roman" w:eastAsia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Клюев</w:t>
      </w:r>
    </w:p>
    <w:p w:rsidR="00BD009C" w:rsidRPr="00BD009C" w:rsidRDefault="00BD009C" w:rsidP="00BD009C">
      <w:pPr>
        <w:widowControl w:val="0"/>
        <w:autoSpaceDE w:val="0"/>
        <w:autoSpaceDN w:val="0"/>
        <w:spacing w:before="2" w:after="0" w:line="247" w:lineRule="auto"/>
        <w:ind w:right="50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«Указка,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которая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знала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всё».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Внеклассное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чтение: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Пушкина, С. Есенина, Р.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Алдониной, Д. Бурачевской, К. Валаханович, И. Иванниковой, Ю. Мориц, А. Орловой, Ю.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Симбирской,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Тараненко,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Усачёва,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Фельдман;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проза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Драгунского,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Дружининой, М. Лазаренской, Н. Носова, М. Тараненко, А. Усачёва. 10 Совершенствовать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навык</w:t>
      </w:r>
      <w:r w:rsidRPr="00BD009C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беглого,</w:t>
      </w:r>
      <w:r w:rsidRPr="00BD009C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выразительного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чтения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вслух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себя.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слушать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стихотворение и работать с его содержанием; находить в тексте средства художественной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выразительности;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характеризовать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героев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поступки;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делить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смысловые части; читать выразительно и по ролям; определять авторское отношение 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своё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героям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отбирать,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обобщать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систематизировать информацию; делать выводы. Развивать умения: понимать прямой 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переносный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смысл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пословиц;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читать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прозаическое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содержанием;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находить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художественной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выразительности;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отличать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авторскую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сказку от фольклорной, от рассказа и повести; анализировать прочитанное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произведение.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книгой,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прогнозировать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её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 по названию; выбирать из предложенных книгу для самостоятельного чтения;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разных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жанров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одну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тему.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 читать книги на заданную тему. Развивать интерес к рассказам и сказкам.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инфографикой,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ресурсами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Воспитывать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ценностное отношение к самостоятельному чтению книг. Литературоведческие понятия: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рассказ,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авторская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сказка,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ирония,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стихотворение,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портрет,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автор,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пословица,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тема.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Ключевые понятия русской культуры (через текст и вопросы): знания, осень, природа,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примета,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дружба,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ответственность,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беда,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гордыня,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мастер,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мечта.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речи: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определение значения слов и употребление их в своей аргументации; ответы на вопросы к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тексту;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виды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чтения,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чтение;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пересказ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подробный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выборочный,  </w:t>
      </w:r>
      <w:r w:rsidRPr="00BD009C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словесное  </w:t>
      </w:r>
      <w:r w:rsidRPr="00BD009C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рисование;  </w:t>
      </w:r>
      <w:r w:rsidRPr="00BD009C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сочинение  </w:t>
      </w:r>
      <w:r w:rsidRPr="00BD009C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устного  </w:t>
      </w:r>
      <w:r w:rsidRPr="00BD009C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BD009C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письменного  </w:t>
      </w:r>
      <w:r w:rsidRPr="00BD009C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рассказов;</w:t>
      </w:r>
    </w:p>
    <w:p w:rsidR="00BD009C" w:rsidRPr="00BD009C" w:rsidRDefault="00BD009C" w:rsidP="00BD009C">
      <w:pPr>
        <w:widowControl w:val="0"/>
        <w:autoSpaceDE w:val="0"/>
        <w:autoSpaceDN w:val="0"/>
        <w:spacing w:before="60" w:after="0" w:line="247" w:lineRule="auto"/>
        <w:ind w:right="50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рассуждение.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Внутрипредметные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межпредметные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связи: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пословицы;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русский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язык,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музыка, живопись. Метапредметность: оценивание своей роли в коллективной работе 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текстом; умение прислушиваться и с уважением относиться к участникам обсуждения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прочитанного;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между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собой;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литературных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произведений</w:t>
      </w:r>
      <w:r w:rsidRPr="00BD00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 произведениями</w:t>
      </w:r>
      <w:r w:rsidRPr="00BD00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различных видов творчества.</w:t>
      </w:r>
    </w:p>
    <w:p w:rsidR="00BD009C" w:rsidRPr="00BD009C" w:rsidRDefault="00BD009C" w:rsidP="00BD009C">
      <w:pPr>
        <w:widowControl w:val="0"/>
        <w:autoSpaceDE w:val="0"/>
        <w:autoSpaceDN w:val="0"/>
        <w:spacing w:before="4" w:after="0" w:line="247" w:lineRule="auto"/>
        <w:ind w:right="51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Тема</w:t>
      </w:r>
      <w:r w:rsidRPr="00BD009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2.</w:t>
      </w:r>
      <w:r w:rsidRPr="00BD009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«ДЕЛА</w:t>
      </w:r>
      <w:r w:rsidRPr="00BD009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ДАВНО</w:t>
      </w:r>
      <w:r w:rsidRPr="00BD009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МИНУВШИХ</w:t>
      </w:r>
      <w:r w:rsidRPr="00BD009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ДНЕЙ,</w:t>
      </w:r>
      <w:r w:rsidRPr="00BD009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ПРЕДАНЬЯ</w:t>
      </w:r>
      <w:r w:rsidRPr="00BD009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СТАРИНЫ</w:t>
      </w:r>
      <w:r w:rsidRPr="00BD009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ГЛУБОКОЙ…»</w:t>
      </w:r>
      <w:r w:rsidRPr="00BD00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(5ч.)</w:t>
      </w:r>
    </w:p>
    <w:p w:rsidR="00BD009C" w:rsidRPr="00BD009C" w:rsidRDefault="00BD009C" w:rsidP="00BD009C">
      <w:pPr>
        <w:widowControl w:val="0"/>
        <w:autoSpaceDE w:val="0"/>
        <w:autoSpaceDN w:val="0"/>
        <w:spacing w:before="1" w:after="0" w:line="247" w:lineRule="auto"/>
        <w:ind w:right="51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проза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историческом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прошлом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Старостин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«Вольга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— богатырь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вещий»,</w:t>
      </w:r>
      <w:r w:rsidRPr="00BD009C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«Царь</w:t>
      </w:r>
      <w:r w:rsidRPr="00BD009C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Возвяг</w:t>
      </w:r>
      <w:r w:rsidRPr="00BD009C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последний</w:t>
      </w:r>
      <w:r w:rsidRPr="00BD009C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подвиг</w:t>
      </w:r>
      <w:r w:rsidRPr="00BD009C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Вольги»;</w:t>
      </w:r>
      <w:r w:rsidRPr="00BD009C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А.</w:t>
      </w:r>
      <w:r w:rsidRPr="00BD009C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Хомяков</w:t>
      </w:r>
      <w:r w:rsidRPr="00BD009C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«Киев»;</w:t>
      </w:r>
      <w:r w:rsidRPr="00BD009C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Е.</w:t>
      </w:r>
      <w:r w:rsidRPr="00BD009C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Чудинова</w:t>
      </w:r>
    </w:p>
    <w:p w:rsidR="00BD009C" w:rsidRPr="00BD009C" w:rsidRDefault="00BD009C" w:rsidP="00BD009C">
      <w:pPr>
        <w:widowControl w:val="0"/>
        <w:autoSpaceDE w:val="0"/>
        <w:autoSpaceDN w:val="0"/>
        <w:spacing w:before="2" w:after="0" w:line="247" w:lineRule="auto"/>
        <w:ind w:right="50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«Гардарика»; А. К. Толстой «Песня о Гаральде и Ярославне»; О. Гурьян «Мальчик из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Холмогор»;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отрывок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«Азбуки»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Бурцова.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Внеклассное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чтение: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былинный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эпос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русского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народа;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Лермонтов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«Бородино»;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баллады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Толстого;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исторические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повести</w:t>
      </w:r>
      <w:r w:rsidRPr="00BD009C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О.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Гурьян;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Е.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Чудинова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«Гардарика»,</w:t>
      </w:r>
      <w:r w:rsidRPr="00BD009C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«Лыбедь».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Совершенствовать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навык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беглого,</w:t>
      </w:r>
      <w:r w:rsidRPr="00BD009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вслух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себя.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понимать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смысл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афоризмов; слушать прозаическое произведение и работать с его содержанием; находить в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художественной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выразительности;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отличать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былину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фольклорной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сказки, рассказа и повести; анализировать прочитанное произведение, характеризовать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героев и оценивать их поступки; делить текст на смысловые части; читать выразительно 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 ролям; определять авторское отношение и формулировать своё отношение к героям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отбирать,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обобщать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систематизировать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информацию;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делать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выводы.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инфографикой,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ресурсами Интернета. Развивать умения: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книгой,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прогнозировать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её содержание по названию; выбирать из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предложенных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книг те, которые соответствуют теме; сравнивать произведения разных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жанров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одну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тему;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 интерес к произведениям об историческом прошлом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читать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книги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заданную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тему.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Воспитывать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самостоятельному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чтению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книг.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представления</w:t>
      </w:r>
      <w:r w:rsidRPr="00BD009C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BD009C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истории</w:t>
      </w:r>
      <w:r w:rsidRPr="00BD009C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возникновения</w:t>
      </w:r>
      <w:r w:rsidRPr="00BD009C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Древней</w:t>
      </w:r>
      <w:r w:rsidRPr="00BD009C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Руси,</w:t>
      </w:r>
      <w:r w:rsidRPr="00BD009C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её</w:t>
      </w:r>
      <w:r w:rsidRPr="00BD009C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культуре</w:t>
      </w:r>
      <w:r w:rsidRPr="00BD009C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письменности.</w:t>
      </w:r>
      <w:r w:rsidRPr="00BD009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Совершенствовать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содержанием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стихотворного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прозаического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текста;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находить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художественной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выразительности.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11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память,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внимание,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мышление,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любознательность.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Воспитывать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самостоятельному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чтению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книг.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Литературоведческие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понятия: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былина,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цитата,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историческая сказка, рассказчик, фрагмент, идея, историческая тема, стилизация, песня,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афоризм,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русский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язык,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повесть.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Ключевые понятия русской культуры (через текст 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вопросы): Русская земля, богатырь, герой, защитник, Родина-мать, мать родимая, светлая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Русь, подвиг, слава, князь, город, учение, отец и дочь, свобода, любовь, согласие, судьба,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ученик,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учитель,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учёность,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университет,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достоинство,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родная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кровь,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книга,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язык,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век.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речи: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значения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слов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употребление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своей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аргументации;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ответы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тексту;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виды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чтения, выразительное чтение; пересказ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подробный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выборочный,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словесное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рисование;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сочинение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устного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письменного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рассказов; рассуждение. Внутрипредметные и межпредметные связи: пословицы; русский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язык,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живопись.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Метапредметность: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своей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роли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коллективной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текстом;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прислушиваться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уважением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относиться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участникам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обсуждения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прочитанного;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между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собой,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также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литературных</w:t>
      </w:r>
      <w:r w:rsidRPr="00BD00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произведений</w:t>
      </w:r>
      <w:r w:rsidRPr="00BD00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произведениями</w:t>
      </w:r>
      <w:r w:rsidRPr="00BD00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различных</w:t>
      </w:r>
      <w:r w:rsidRPr="00BD00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видов</w:t>
      </w:r>
      <w:r w:rsidRPr="00BD00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творчества.</w:t>
      </w:r>
    </w:p>
    <w:p w:rsidR="00BD009C" w:rsidRPr="00BD009C" w:rsidRDefault="00BD009C" w:rsidP="00BD009C">
      <w:pPr>
        <w:widowControl w:val="0"/>
        <w:autoSpaceDE w:val="0"/>
        <w:autoSpaceDN w:val="0"/>
        <w:spacing w:before="2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Тема</w:t>
      </w:r>
      <w:r w:rsidRPr="00BD009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</w:t>
      </w:r>
      <w:r w:rsidRPr="00BD009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ГДЕ</w:t>
      </w:r>
      <w:r w:rsidRPr="00BD009C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НАМ</w:t>
      </w:r>
      <w:r w:rsidRPr="00BD009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ПОСЧАСТЛИВИЛОСЬ</w:t>
      </w:r>
      <w:r w:rsidRPr="00BD009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РОДИТЬСЯ…(1ч.)</w:t>
      </w:r>
    </w:p>
    <w:p w:rsidR="00BD009C" w:rsidRPr="00BD009C" w:rsidRDefault="00BD009C" w:rsidP="00BD009C">
      <w:pPr>
        <w:widowControl w:val="0"/>
        <w:autoSpaceDE w:val="0"/>
        <w:autoSpaceDN w:val="0"/>
        <w:spacing w:before="9" w:after="0" w:line="247" w:lineRule="auto"/>
        <w:ind w:right="5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Стихи о Родине: Н. Языков «Родина»; И. Бунин «В стороне далёкой от родного края…»;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фрагменты</w:t>
      </w:r>
      <w:r w:rsidRPr="00BD009C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стихотворений</w:t>
      </w:r>
      <w:r w:rsidRPr="00BD009C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BD009C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Ломоносова,</w:t>
      </w:r>
      <w:r w:rsidRPr="00BD009C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А.</w:t>
      </w:r>
      <w:r w:rsidRPr="00BD009C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Пушкина,</w:t>
      </w:r>
      <w:r w:rsidRPr="00BD009C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В.</w:t>
      </w:r>
      <w:r w:rsidRPr="00BD009C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Гиляровского,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К.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Симонова.</w:t>
      </w:r>
    </w:p>
    <w:p w:rsidR="00BD009C" w:rsidRPr="00BD009C" w:rsidRDefault="00BD009C" w:rsidP="00BD009C">
      <w:pPr>
        <w:widowControl w:val="0"/>
        <w:autoSpaceDE w:val="0"/>
        <w:autoSpaceDN w:val="0"/>
        <w:spacing w:before="60" w:after="0" w:line="247" w:lineRule="auto"/>
        <w:ind w:right="50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Внеклассное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чтение: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Пушкина,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Лермонтова,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Языкова,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Бунина,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Есенина, К. Симонова и других поэтов XIX–ХХ вв. Совершенствовать навык беглого,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вслух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себя.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BD009C">
        <w:rPr>
          <w:rFonts w:ascii="Times New Roman" w:eastAsia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стихотворения;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объяснять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заглавие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определять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значение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использованных образных средств; определять тему произведения. Развивать интерес 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творчеству А. Пушкина, Н. Языкова и И. Бунина, других поэтов XIX–ХХ вв. 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 осуществлять самоконтроль; соотносить способ действия и его результат; вносить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коррективы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действия.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память,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внимание,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мышление,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любознательность.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Воспитывать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любовь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уважение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Родине.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Литературоведческие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понятия: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лирический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герой,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адресат,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обращение,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риторический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вопрос.</w:t>
      </w:r>
      <w:r w:rsidRPr="00BD009C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Ключевые</w:t>
      </w:r>
      <w:r w:rsidRPr="00BD009C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понятия</w:t>
      </w:r>
      <w:r w:rsidRPr="00BD009C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русской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культуры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(через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вопросы):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раздолье,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воля,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имя,</w:t>
      </w:r>
      <w:r w:rsidRPr="00BD009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Русская земля, победа, даль, грядущее, век. Развитие речи: определение значения слов 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употребление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своей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аргументации;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ответы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 вопросы к тексту; различные виды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чтения, выразительное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чтение; словесное рисование; рассуждение. Внутрипредметные 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межпредметные связи: русский язык, музыка, живопись. Метапредметность: оценивание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своей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роли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 коллективной работе с текстом; умение прислушиваться и с уважением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относиться к участникам обсуждения прочитанного; сравнение различных текстов между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собой</w:t>
      </w:r>
      <w:r w:rsidRPr="00BD009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литературных</w:t>
      </w:r>
      <w:r w:rsidRPr="00BD00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произведений</w:t>
      </w:r>
      <w:r w:rsidRPr="00BD009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произведениями</w:t>
      </w:r>
      <w:r w:rsidRPr="00BD009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различных</w:t>
      </w:r>
      <w:r w:rsidRPr="00BD009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видов</w:t>
      </w:r>
      <w:r w:rsidRPr="00BD00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творчества.</w:t>
      </w:r>
    </w:p>
    <w:p w:rsidR="00BD009C" w:rsidRPr="00BD009C" w:rsidRDefault="00BD009C" w:rsidP="00BD009C">
      <w:pPr>
        <w:widowControl w:val="0"/>
        <w:autoSpaceDE w:val="0"/>
        <w:autoSpaceDN w:val="0"/>
        <w:spacing w:before="1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Тема</w:t>
      </w:r>
      <w:r w:rsidRPr="00BD009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4.</w:t>
      </w:r>
      <w:r w:rsidRPr="00BD009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РОЖДЕСТВО</w:t>
      </w:r>
      <w:r w:rsidRPr="00BD009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ПОДАРИТ</w:t>
      </w:r>
      <w:r w:rsidRPr="00BD009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ПРАЗДНИК</w:t>
      </w:r>
      <w:r w:rsidRPr="00BD009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ДОБРОМ</w:t>
      </w:r>
      <w:r w:rsidRPr="00BD009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СОГРЕЕТ</w:t>
      </w:r>
      <w:r w:rsidRPr="00BD009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ДУШУ</w:t>
      </w:r>
      <w:r w:rsidRPr="00BD009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(1ч.)</w:t>
      </w:r>
    </w:p>
    <w:p w:rsidR="00BD009C" w:rsidRPr="00BD009C" w:rsidRDefault="00BD009C" w:rsidP="00BD009C">
      <w:pPr>
        <w:widowControl w:val="0"/>
        <w:autoSpaceDE w:val="0"/>
        <w:autoSpaceDN w:val="0"/>
        <w:spacing w:before="9" w:after="0" w:line="247" w:lineRule="auto"/>
        <w:ind w:right="50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Рассказ и стихи о Рождестве, об отношении к празднику русских людей и традициях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празднования: Саша Чёрный «Рождественский ангел»; В. Соллогуб «Бабушка-зима», В.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Смирнов «Рождественский дед». Внеклассное чтение: стихи А. Пушкина, П. Вяземского и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других поэтов XIX в. о зиме и Рождестве; проза К. Лукашевич; стихи и литературные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сказки ХХ в. о зиме, праздновании Нового года (С. Маршак, С. Михалков, Э. Успенский и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др.);</w:t>
      </w:r>
      <w:r w:rsidRPr="00BD009C">
        <w:rPr>
          <w:rFonts w:ascii="Times New Roman" w:eastAsia="Times New Roman" w:hAnsi="Times New Roman" w:cs="Times New Roman"/>
          <w:spacing w:val="10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«Зимний</w:t>
      </w:r>
      <w:r w:rsidRPr="00BD009C">
        <w:rPr>
          <w:rFonts w:ascii="Times New Roman" w:eastAsia="Times New Roman" w:hAnsi="Times New Roman" w:cs="Times New Roman"/>
          <w:spacing w:val="10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зверинец»</w:t>
      </w:r>
      <w:r w:rsidRPr="00BD009C">
        <w:rPr>
          <w:rFonts w:ascii="Times New Roman" w:eastAsia="Times New Roman" w:hAnsi="Times New Roman" w:cs="Times New Roman"/>
          <w:spacing w:val="10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(сборник</w:t>
      </w:r>
      <w:r w:rsidRPr="00BD009C">
        <w:rPr>
          <w:rFonts w:ascii="Times New Roman" w:eastAsia="Times New Roman" w:hAnsi="Times New Roman" w:cs="Times New Roman"/>
          <w:spacing w:val="10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современных</w:t>
      </w:r>
      <w:r w:rsidRPr="00BD009C">
        <w:rPr>
          <w:rFonts w:ascii="Times New Roman" w:eastAsia="Times New Roman" w:hAnsi="Times New Roman" w:cs="Times New Roman"/>
          <w:spacing w:val="10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поэтов</w:t>
      </w:r>
      <w:r w:rsidRPr="00BD009C">
        <w:rPr>
          <w:rFonts w:ascii="Times New Roman" w:eastAsia="Times New Roman" w:hAnsi="Times New Roman" w:cs="Times New Roman"/>
          <w:spacing w:val="10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D009C">
        <w:rPr>
          <w:rFonts w:ascii="Times New Roman" w:eastAsia="Times New Roman" w:hAnsi="Times New Roman" w:cs="Times New Roman"/>
          <w:spacing w:val="8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детей);</w:t>
      </w:r>
      <w:r w:rsidRPr="00BD009C">
        <w:rPr>
          <w:rFonts w:ascii="Times New Roman" w:eastAsia="Times New Roman" w:hAnsi="Times New Roman" w:cs="Times New Roman"/>
          <w:spacing w:val="8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BD009C">
        <w:rPr>
          <w:rFonts w:ascii="Times New Roman" w:eastAsia="Times New Roman" w:hAnsi="Times New Roman" w:cs="Times New Roman"/>
          <w:spacing w:val="8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Дружинина</w:t>
      </w:r>
    </w:p>
    <w:p w:rsidR="00BD009C" w:rsidRPr="00BD009C" w:rsidRDefault="00BD009C" w:rsidP="00BD009C">
      <w:pPr>
        <w:widowControl w:val="0"/>
        <w:autoSpaceDE w:val="0"/>
        <w:autoSpaceDN w:val="0"/>
        <w:spacing w:before="5" w:after="0" w:line="247" w:lineRule="auto"/>
        <w:ind w:right="50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«Зимняя книга»; Е. Каретникова «Зимняя сказка»; С. Прокофьева, И. Токмакова «Подарок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снегурочки»;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Маршак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«Двенадцать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месяцев»;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Сапгир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«Зимние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сказки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только»; А. Усачёв «Зимняя сказка и другие стихи к праздникам». 12 Совершенствовать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навык</w:t>
      </w:r>
      <w:r w:rsidRPr="00BD009C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беглого,</w:t>
      </w:r>
      <w:r w:rsidRPr="00BD009C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выразительного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чтения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вслух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себя.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слушать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прозаическое произведение и работать с его содержанием; сравнивать реальные события и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художественное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воплощение;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прочитанное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произведение,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характеризовать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героев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поступки;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делить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смысловые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части;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определять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авторское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своё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героям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отбирать,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обобщать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систематизировать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информацию;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делать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выводы;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инфографикой.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слушать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 с его содержанием; анализировать прочитанное произведение, характеризовать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героев и оценивать их поступки; делить текст на смысловые части; определять авторское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BD009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формулировать</w:t>
      </w:r>
      <w:r w:rsidRPr="00BD009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своё</w:t>
      </w:r>
      <w:r w:rsidRPr="00BD009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героям</w:t>
      </w:r>
      <w:r w:rsidRPr="00BD009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произведения;</w:t>
      </w:r>
      <w:r w:rsidRPr="00BD009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отбирать,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обобщать</w:t>
      </w:r>
      <w:r w:rsidRPr="00BD009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систематизировать информацию; делать выводы. Развивать умения: работать с детской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книгой, прогнозировать её содержание по названию; выбирать из предложенных книг те,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которые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соответствуют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теме;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разных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жанров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одну тему;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 интерес к произведениям о Рождестве. Формировать умение самостоятельно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читать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книги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заданную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тему.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память,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внимание,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мышление,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любознательность.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Воспитывать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уважение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людям,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бескорыстным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поступкам.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Воспитывать любовь и уважение к своей Родине, её культуре и традициям, её природе.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Воспитывать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самостоятельному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чтению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книг.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Литературоведческие</w:t>
      </w:r>
      <w:r w:rsidRPr="00BD009C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понятия:</w:t>
      </w:r>
      <w:r w:rsidRPr="00BD009C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метафора,</w:t>
      </w:r>
      <w:r w:rsidRPr="00BD009C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сравнение.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Ключевые</w:t>
      </w:r>
      <w:r w:rsidRPr="00BD009C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понятия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русской</w:t>
      </w:r>
      <w:r w:rsidRPr="00BD009C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культуры</w:t>
      </w:r>
    </w:p>
    <w:p w:rsidR="00BD009C" w:rsidRPr="00BD009C" w:rsidRDefault="00BD009C" w:rsidP="00BD009C">
      <w:pPr>
        <w:widowControl w:val="0"/>
        <w:autoSpaceDE w:val="0"/>
        <w:autoSpaceDN w:val="0"/>
        <w:spacing w:before="60" w:after="0" w:line="247" w:lineRule="auto"/>
        <w:ind w:right="50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(через текст и вопросы): Рождество, ангел, дети, дед, зима. Развитие речи: определение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значения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слов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употребление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своей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аргументации; ответы на вопросы к тексту;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виды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чтения,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чтение;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пересказ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подробный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выборочный,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словесное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рисование;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сочинение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устного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письменного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рассказов;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рассуждение.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Внутрипредметные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межпредметные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связи: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русский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язык,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живопись.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Метапредметность: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своей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роли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коллективной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 текстом; умение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прислушиваться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уважением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относиться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участникам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обсуждения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прочитанного;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между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собой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литературных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произведениями</w:t>
      </w:r>
      <w:r w:rsidRPr="00BD00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различных видов творчества.</w:t>
      </w:r>
    </w:p>
    <w:p w:rsidR="00BD009C" w:rsidRPr="00BD009C" w:rsidRDefault="00BD009C" w:rsidP="00BD009C">
      <w:pPr>
        <w:widowControl w:val="0"/>
        <w:autoSpaceDE w:val="0"/>
        <w:autoSpaceDN w:val="0"/>
        <w:spacing w:before="7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Тема</w:t>
      </w:r>
      <w:r w:rsidRPr="00BD00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5.</w:t>
      </w:r>
      <w:r w:rsidRPr="00BD00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НЕВИДИМЫЙ</w:t>
      </w:r>
      <w:r w:rsidRPr="00BD00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МИР</w:t>
      </w:r>
      <w:r w:rsidRPr="00BD00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ВНУТРИ</w:t>
      </w:r>
      <w:r w:rsidRPr="00BD00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ТЕБЯ</w:t>
      </w:r>
      <w:r w:rsidRPr="00BD00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(1ч.)</w:t>
      </w:r>
    </w:p>
    <w:p w:rsidR="00BD009C" w:rsidRPr="00BD009C" w:rsidRDefault="00BD009C" w:rsidP="00BD009C">
      <w:pPr>
        <w:widowControl w:val="0"/>
        <w:autoSpaceDE w:val="0"/>
        <w:autoSpaceDN w:val="0"/>
        <w:spacing w:before="9" w:after="0" w:line="247" w:lineRule="auto"/>
        <w:ind w:right="50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Проза о детстве, взаимоотношениях между детьми, выборе своего места в этом мире 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стиля поведения: О. Першина «Леночка, дельфин и Рождество»; А. Фёдоров «Господин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Снов».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Внеклассное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чтение: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Н.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Гоголь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«Ночь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перед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Рождеством»;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А.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Погорельский</w:t>
      </w:r>
    </w:p>
    <w:p w:rsidR="00BD009C" w:rsidRPr="00BD009C" w:rsidRDefault="00BD009C" w:rsidP="00BD009C">
      <w:pPr>
        <w:widowControl w:val="0"/>
        <w:autoSpaceDE w:val="0"/>
        <w:autoSpaceDN w:val="0"/>
        <w:spacing w:before="2" w:after="0" w:line="247" w:lineRule="auto"/>
        <w:ind w:right="50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«Чёрная</w:t>
      </w:r>
      <w:r w:rsidRPr="00BD009C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курица,</w:t>
      </w:r>
      <w:r w:rsidRPr="00BD009C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Подземные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жители»;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А.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Лопатина,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Скребцова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«Начала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мудрости».</w:t>
      </w:r>
      <w:r w:rsidRPr="00BD009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Совершенствовать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навык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беглого,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вслух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себя.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</w:t>
      </w:r>
      <w:r w:rsidRPr="00BD009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понимать</w:t>
      </w:r>
      <w:r w:rsidRPr="00BD009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прямой</w:t>
      </w:r>
      <w:r w:rsidRPr="00BD009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переносный</w:t>
      </w:r>
      <w:r w:rsidRPr="00BD009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смысл</w:t>
      </w:r>
      <w:r w:rsidRPr="00BD009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пословиц;</w:t>
      </w:r>
      <w:r w:rsidRPr="00BD009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слушать</w:t>
      </w:r>
      <w:r w:rsidRPr="00BD009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прозаическое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произведение и работать с его содержанием; находить в тексте средства художественной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выразительности;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прочитанное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произведение;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определять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авторское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своё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содержанию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делать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выводы.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сказки;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характеризовать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героев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сказки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оценивать их поступки; читать по ролям;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делить текст на части и озаглавливать каждую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часть; пересказывать текст по составленному плану; формулировать своё отношение 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прочитанному,</w:t>
      </w:r>
      <w:r w:rsidRPr="00BD009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пересказывать</w:t>
      </w:r>
      <w:r w:rsidRPr="00BD009C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</w:t>
      </w:r>
      <w:r w:rsidRPr="00BD009C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D009C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составленному</w:t>
      </w:r>
      <w:r w:rsidRPr="00BD009C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плану.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</w:t>
      </w:r>
      <w:r w:rsidRPr="00BD009C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детской книгой, прогнозировать её содержание по названию; выбирать из предложенных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книг те, которые соответствуют теме; сравнивать произведения разных жанров на одну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тему; развивать интерес к произведениям о Рождестве и Новом годе. Формировать умение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читать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книги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заданную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тему.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способности.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интерес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авторской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сказке.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инфографикой,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ресурсами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Воспитывать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положительное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традициям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русского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Воспитывать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положительное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русскому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языку,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данному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слову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умению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держать.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Воспитывать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положительное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 к дружбе. Воспитывать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положительное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самовоспитанию,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личностному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развитию.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Воспитывать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ценностное отношение к самостоятельному чтению книг. Литературоведческие понятия: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повествование,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завязка,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метафора, финал. Ключевые понятия русской культуры (через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 и вопросы): путь, хлеб, свой, чужой, русское Рождество, слово, внутренний мир,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совесть, добро и зло, душа, враг, друг, прощение. Развитие речи: определение значения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слов и употребление их в своей аргументации; ответы на вопросы к тексту; различные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виды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чтения,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чтение;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пересказ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подробный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выборочный,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словесное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рисование; сочинение устного и письменного рассказов; рассуждение. Внутрипредметные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 межпредметные связи: пословицы; русский язык, музыка, живопись. Метапредметность: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оценивание своей роли в коллективной работе с текстом; умение прислушиваться и 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уважением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относиться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участникам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обсуждения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прочитанного;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текстов между собой и литературных произведений с произведениями различных видов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творчества.</w:t>
      </w:r>
    </w:p>
    <w:p w:rsidR="00BD009C" w:rsidRPr="00BD009C" w:rsidRDefault="00BD009C" w:rsidP="00BD009C">
      <w:pPr>
        <w:widowControl w:val="0"/>
        <w:autoSpaceDE w:val="0"/>
        <w:autoSpaceDN w:val="0"/>
        <w:spacing w:before="2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Тема</w:t>
      </w:r>
      <w:r w:rsidRPr="00BD009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6.</w:t>
      </w:r>
      <w:r w:rsidRPr="00BD009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ЛЮБОВЬ</w:t>
      </w:r>
      <w:r w:rsidRPr="00BD009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РОДИНЕ</w:t>
      </w:r>
      <w:r w:rsidRPr="00BD009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НАЧИНАЕТСЯ</w:t>
      </w:r>
      <w:r w:rsidRPr="00BD009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СЕМЬИ</w:t>
      </w:r>
      <w:r w:rsidRPr="00BD009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(4ч.)</w:t>
      </w:r>
    </w:p>
    <w:p w:rsidR="00BD009C" w:rsidRPr="00BD009C" w:rsidRDefault="00BD009C" w:rsidP="00BD009C">
      <w:pPr>
        <w:widowControl w:val="0"/>
        <w:autoSpaceDE w:val="0"/>
        <w:autoSpaceDN w:val="0"/>
        <w:spacing w:before="9" w:after="0" w:line="247" w:lineRule="auto"/>
        <w:ind w:right="5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Стихи и проза о семье, взаимоотношениях близких родственников: А. Лопатина «Листья и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корни»;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К.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Валаханович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«Я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буду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тобой»;</w:t>
      </w:r>
      <w:r w:rsidRPr="00BD009C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О.</w:t>
      </w:r>
      <w:r w:rsidRPr="00BD009C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Чусовитина</w:t>
      </w:r>
      <w:r w:rsidRPr="00BD009C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«Кто</w:t>
      </w:r>
      <w:r w:rsidRPr="00BD009C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открыл</w:t>
      </w:r>
      <w:r w:rsidRPr="00BD009C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мне</w:t>
      </w:r>
      <w:r w:rsidRPr="00BD009C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этот</w:t>
      </w:r>
      <w:r w:rsidRPr="00BD009C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мир…»;</w:t>
      </w:r>
    </w:p>
    <w:p w:rsidR="00BD009C" w:rsidRPr="00BD009C" w:rsidRDefault="00BD009C" w:rsidP="00BD009C">
      <w:pPr>
        <w:widowControl w:val="0"/>
        <w:autoSpaceDE w:val="0"/>
        <w:autoSpaceDN w:val="0"/>
        <w:spacing w:before="60" w:after="0" w:line="247" w:lineRule="auto"/>
        <w:ind w:right="50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Ю. Кузнецова «Лес в шкатулке»; И. Шмелёв «Филиповки»; Т. Бокова «Слово “Бабушка”»;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А. Усачёв «Бабушка»; М. Лукашевич «Мой папа»; Е. Каликинская «Всё по-другому»; 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Куприн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«Московская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Пасха»,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«Пасхальные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колокола».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Внеклассное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чтение: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Алдониной,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Бурачевской,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Валаханович,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Заходера,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Иванниковой,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Лукашевича,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Лунина,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Ю.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Мориц,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Орловой,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Ю.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Симбирской,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М. Тараненко, 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Усачёва, Е. Фельдман, М. Яснова; проза Ю. Венедиктовой, Н. Волковой, В. Голявкина, В.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Драгунского,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Дружининой,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Каликинской,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Ю.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Лавряшиной,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Лазаренской.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Совершенствовать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навык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беглого,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вслух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себя.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 понимать прямой и переносный смысл пословиц; слушать притчу 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её содержанием; характеризовать героев притчи и оценивать их поступки;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читать по ролям; пересказывать притчу по составленному плану; сравнивать близкие по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сюжету произведения разных жанров; формулировать своё отношение к прочитанному;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сопоставлять произведения разных видов искусства (литература, видео- и аудиозапись);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формулировать</w:t>
      </w:r>
      <w:r w:rsidRPr="00BD009C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выводы.</w:t>
      </w:r>
      <w:r w:rsidRPr="00BD009C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</w:t>
      </w:r>
      <w:r w:rsidRPr="00BD009C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слушать</w:t>
      </w:r>
      <w:r w:rsidRPr="00BD009C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стихотворное</w:t>
      </w:r>
      <w:r w:rsidRPr="00BD009C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произведение</w:t>
      </w:r>
      <w:r w:rsidRPr="00BD009C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содержанием,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определять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эмоциональный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строй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стихотворения,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находить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художественные средства в тексте; прогнозировать содержание текста по заглавию; тему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находить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художественной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выразительности;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прочитанное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произведение,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характеризовать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героев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поступки;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своё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прочитанному;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одного жанра и одного автора на одну тему; формулировать выводы. Развивать умения: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слушать прозаическое произведение и работать с его содержанием; находить в тексте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художественной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выразительности;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прочитанное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произведение;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определять авторское отношение и формулировать своё отношение к содержанию текста;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делать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выводы.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книгой,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прогнозировать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её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 по названию; выбирать из предложенных книг те, которые соответствуют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теме;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разных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жанров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одну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тему;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интерес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произведениям о семье. Формировать умение самостоятельно читать книги на заданную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тему.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способности.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 работать с инфографикой.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 интерес к жанру притчи. Воспитывать уважение к своей семье. Воспитывать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любовь и уважение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к традициям русского народа. Воспитывать ценностное отношение 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самостоятельному чтению книг. Литературоведческие понятия: притча, время и место,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сборник, тема, строфа, речь героя, диалог, пословица в речи героя, ритм, темп, герой 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повествователь,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пасхальный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рассказ,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описание,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закличка,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рассказчик,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эпитет,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загадка.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Ключевые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понятия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русской культуры (через текст и вопросы): семья, корни, родство,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сирота,</w:t>
      </w:r>
      <w:r w:rsidRPr="00BD009C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мать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дитя,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звезда,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мастер,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мастерица,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мастерство,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опыт,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терпение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труд,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человек,</w:t>
      </w:r>
      <w:r w:rsidRPr="00BD009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отец,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родня,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трудолюбие,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забота,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весна,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колокол,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радость,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Воскресение,</w:t>
      </w:r>
      <w:r w:rsidRPr="00BD009C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традиция.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речи: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значения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слов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употребление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своей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аргументации;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ответы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тексту;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виды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чтения, выразительное чтение; пересказ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подробный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выборочный,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словесное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рисование;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сочинение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устного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письменного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рассказов; рассуждение. Внутрипредметные и межпредметные связи: пословицы; русский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язык,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живопись.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Метапредметность: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своей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роли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коллективной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текстом;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прислушиваться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уважением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относиться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участникам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обсуждения прочитанного; сравнение различных текстов между собой и литературных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произведений</w:t>
      </w:r>
      <w:r w:rsidRPr="00BD00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 произведениями</w:t>
      </w:r>
      <w:r w:rsidRPr="00BD00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различных видов творчества.</w:t>
      </w:r>
    </w:p>
    <w:p w:rsidR="00BD009C" w:rsidRPr="00BD009C" w:rsidRDefault="00BD009C" w:rsidP="00BD009C">
      <w:pPr>
        <w:widowControl w:val="0"/>
        <w:autoSpaceDE w:val="0"/>
        <w:autoSpaceDN w:val="0"/>
        <w:spacing w:before="3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Тема</w:t>
      </w:r>
      <w:r w:rsidRPr="00BD009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7.</w:t>
      </w:r>
      <w:r w:rsidRPr="00BD00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«ИДЁТ</w:t>
      </w:r>
      <w:r w:rsidRPr="00BD00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ВОЙНА</w:t>
      </w:r>
      <w:r w:rsidRPr="00BD00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НАРОДНАЯ,</w:t>
      </w:r>
      <w:r w:rsidRPr="00BD00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СВЯЩЕННАЯ</w:t>
      </w:r>
      <w:r w:rsidRPr="00BD009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ВОЙНА!»(2ч.)</w:t>
      </w:r>
    </w:p>
    <w:p w:rsidR="00BD009C" w:rsidRPr="00BD009C" w:rsidRDefault="00BD009C" w:rsidP="00BD009C">
      <w:pPr>
        <w:widowControl w:val="0"/>
        <w:autoSpaceDE w:val="0"/>
        <w:autoSpaceDN w:val="0"/>
        <w:spacing w:before="9" w:after="0" w:line="247" w:lineRule="auto"/>
        <w:ind w:right="50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Стихи и проза о Великой Отечественной войне, защите Отечества и памяти народной: В.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Бахревский</w:t>
      </w:r>
      <w:r w:rsidRPr="00BD009C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«Героическая</w:t>
      </w:r>
      <w:r w:rsidRPr="00BD009C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азбука»;</w:t>
      </w:r>
      <w:r w:rsidRPr="00BD009C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Орлов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«Его</w:t>
      </w:r>
      <w:r w:rsidRPr="00BD009C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зарыли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D009C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шар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земной…»;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  <w:r w:rsidRPr="00BD009C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Щипачёв</w:t>
      </w:r>
    </w:p>
    <w:p w:rsidR="00BD009C" w:rsidRPr="00BD009C" w:rsidRDefault="00BD009C" w:rsidP="00BD009C">
      <w:pPr>
        <w:widowControl w:val="0"/>
        <w:autoSpaceDE w:val="0"/>
        <w:autoSpaceDN w:val="0"/>
        <w:spacing w:before="60" w:after="0" w:line="247" w:lineRule="auto"/>
        <w:ind w:right="50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«22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июня 1941»; П. Железнов «Пионеры-герои». Внеклассное чтение: произведения К.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Симонова, А. Н. Толстого, М. Шолохова, В. Богомолова, Л. Кассиля, Л. Пантелеева, Р.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Погодина, А. Митяева, В. Осеевой о войне; С. Алексеев «Битва за Москву», «Ни шагу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назад»,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«Орлович-Воронович»,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«От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Москвы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Берлина»,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«Подвиг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Ленинграда»;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Бахревский «Героическая азбука»; Е. Верейская «Три девочки»; В. Карасёва «Кирюшка»;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В. Катаев «Сын полка»; С. Олефир «Когда я был маленьким, у нас была война…»; С.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Радзиевская «Болотные робинзоны»; Э. Фонякова «Хлеб той зимы». Совершенствовать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навык</w:t>
      </w:r>
      <w:r w:rsidRPr="00BD009C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беглого,</w:t>
      </w:r>
      <w:r w:rsidRPr="00BD009C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выразительного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чтения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вслух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себя.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</w:t>
      </w:r>
      <w:r w:rsidRPr="00BD00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слушать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стихотворное произведение и работать с его содержанием, определять эмоциональный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строй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стихотворения,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находить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художественные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тексте;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прогнозировать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заглавию;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тему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находить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художественной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выразительности;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прочитанное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произведение,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характеризовать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героев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поступки;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своё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прочитанному; сравнивать произведения одного жанра и одного автора на одну тему;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формулировать</w:t>
      </w:r>
      <w:r w:rsidRPr="00BD009C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выводы.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слушать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прозаическое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произведение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BD009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содержанием;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прогнозировать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 заглавию; определять тему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произведения; анализировать прочитанное произведение, формулировать своё отношение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 прочитанному; формулировать выводы. Развивать умения: работать с детской книгой,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прогнозировать её содержание по названию; выбирать из предложенных книг те, которые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соответствуют теме; сравнивать произведения разных жанров на одну тему; 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интерес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Великой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Отечественной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войне.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 читать книги на заданную тему. Развивать память, внимание, мышление,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любознательность. Воспитывать чувство уверенности в своих знаниях. Развивать умение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инфографикой,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ресурсами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Интернета.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Воспитывать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любовь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уважение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прошлому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России,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подвигу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её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Воспитывать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самостоятельному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чтению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книг.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Литературоведческие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понятия: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повествование,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риторический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антитеза.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Ключевые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понятия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культуры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(через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вопросы):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Отечество,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герой,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солдат,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подвиг,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война,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мир,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победа.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речи: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определение значения слов и употребление их в своей аргументации; ответы на вопросы к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тексту;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виды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чтения,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чтение;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пересказ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подробный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выборочный,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словесное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рисование;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сочинение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устного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письменного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рассказов;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рассуждение.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Внутрипредметные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межпредметные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связи: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русский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язык,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живопись. Метапредметность: оценивание своей роли в коллективной работе с текстом;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прислушиваться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уважением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относиться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участникам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обсуждения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прочитанного; сравнение различных текстов между собой и литературных произведений с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произведениями</w:t>
      </w:r>
      <w:r w:rsidRPr="00BD00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различных видов творчества.</w:t>
      </w:r>
    </w:p>
    <w:p w:rsidR="00BD009C" w:rsidRPr="00BD009C" w:rsidRDefault="00BD009C" w:rsidP="00BD009C">
      <w:pPr>
        <w:widowControl w:val="0"/>
        <w:autoSpaceDE w:val="0"/>
        <w:autoSpaceDN w:val="0"/>
        <w:spacing w:before="27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Тема</w:t>
      </w:r>
      <w:r w:rsidRPr="00BD009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8.</w:t>
      </w:r>
      <w:r w:rsidRPr="00BD009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ЭТО</w:t>
      </w:r>
      <w:r w:rsidRPr="00BD009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РУССКОЕ</w:t>
      </w:r>
      <w:r w:rsidRPr="00BD009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РАЗДОЛЬЕ,</w:t>
      </w:r>
      <w:r w:rsidRPr="00BD009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ЭТО</w:t>
      </w:r>
      <w:r w:rsidRPr="00BD009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РОДИНА</w:t>
      </w:r>
      <w:r w:rsidRPr="00BD009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МОЯ</w:t>
      </w:r>
      <w:r w:rsidRPr="00BD009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(2ч.)</w:t>
      </w:r>
    </w:p>
    <w:p w:rsidR="00BD009C" w:rsidRPr="00BD009C" w:rsidRDefault="00BD009C" w:rsidP="00BD009C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Стихи</w:t>
      </w:r>
      <w:r w:rsidRPr="00BD009C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BD009C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летней</w:t>
      </w:r>
      <w:r w:rsidRPr="00BD009C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поре,</w:t>
      </w:r>
      <w:r w:rsidRPr="00BD009C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восхищении</w:t>
      </w:r>
      <w:r w:rsidRPr="00BD009C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жизнью:</w:t>
      </w:r>
      <w:r w:rsidRPr="00BD009C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  <w:r w:rsidRPr="00BD009C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Бунин</w:t>
      </w:r>
      <w:r w:rsidRPr="00BD009C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«Полевые</w:t>
      </w:r>
      <w:r w:rsidRPr="00BD009C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цветы»;</w:t>
      </w:r>
      <w:r w:rsidRPr="00BD009C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К.</w:t>
      </w:r>
      <w:r w:rsidRPr="00BD009C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Валаханович</w:t>
      </w:r>
    </w:p>
    <w:p w:rsidR="00BD009C" w:rsidRPr="00BD009C" w:rsidRDefault="00BD009C" w:rsidP="00BD009C">
      <w:pPr>
        <w:widowControl w:val="0"/>
        <w:autoSpaceDE w:val="0"/>
        <w:autoSpaceDN w:val="0"/>
        <w:spacing w:before="9" w:after="0" w:line="247" w:lineRule="auto"/>
        <w:ind w:right="50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«Лето, не уйдёшь!», «Моя деревня»; Саша Чёрный «Летом». Внеклассное чтение: стихи И.</w:t>
      </w:r>
      <w:r w:rsidRPr="00BD009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Бунина, Саши Чёрного, Р. Алдониной, Д. Бурачевской, К. Валаханович, И. Иванниковой,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М. Лукашевича, Ю. Мориц, А. Орловой, Ю. Симбирской, М. Тараненко, А. Усачёва, Е.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Фельдман;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проза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Саши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Чёрного,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Ю.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Венедиктовой,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Гурьян,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Драгунского,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Дружининой,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Е.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Каликинской,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Ю.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Лавряшиной,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Лазаренской,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Носова,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Романовской, М. Тараненко, А. Усачёва, Е. Чудиновой. Совершенствовать навык беглого,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вслух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себя.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BD009C">
        <w:rPr>
          <w:rFonts w:ascii="Times New Roman" w:eastAsia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использованием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художественных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 произведения;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определять</w:t>
      </w:r>
      <w:r w:rsidRPr="00BD009C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идею</w:t>
      </w:r>
      <w:r w:rsidRPr="00BD009C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произведения;</w:t>
      </w:r>
      <w:r w:rsidRPr="00BD009C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читать</w:t>
      </w:r>
      <w:r w:rsidRPr="00BD009C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стихотворение,</w:t>
      </w:r>
      <w:r w:rsidRPr="00BD009C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подбирая</w:t>
      </w:r>
      <w:r w:rsidRPr="00BD009C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интонацию,</w:t>
      </w:r>
      <w:r w:rsidRPr="00BD009C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темп</w:t>
      </w:r>
      <w:r w:rsidRPr="00BD00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речи,</w:t>
      </w:r>
    </w:p>
    <w:p w:rsidR="00BD009C" w:rsidRPr="00BD009C" w:rsidRDefault="00BD009C" w:rsidP="00BD009C">
      <w:pPr>
        <w:widowControl w:val="0"/>
        <w:autoSpaceDE w:val="0"/>
        <w:autoSpaceDN w:val="0"/>
        <w:spacing w:before="60" w:after="0" w:line="247" w:lineRule="auto"/>
        <w:ind w:right="50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тембр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голоса,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паузы;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автора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героям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стихотворения;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 основе прочитанного выводы с приведением аргументов. 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 слушать стихотворное произведение и работать с его содержанием, определять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эмоциональный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строй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стихотворения,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находить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художественные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тексте;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прогнозировать содержание текста по заглавию; тему произведения, находить в тексте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художественной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выразительности;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прочитанное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произведение;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формулировать</w:t>
      </w:r>
      <w:r w:rsidRPr="00BD009C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своё</w:t>
      </w:r>
      <w:r w:rsidRPr="00BD009C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отношение</w:t>
      </w:r>
      <w:r w:rsidRPr="00BD009C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прочитанному;</w:t>
      </w:r>
      <w:r w:rsidRPr="00BD009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сравнивать</w:t>
      </w:r>
      <w:r w:rsidRPr="00BD009C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</w:t>
      </w:r>
      <w:r w:rsidRPr="00BD009C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одного</w:t>
      </w:r>
      <w:r w:rsidRPr="00BD009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жанра</w:t>
      </w:r>
      <w:r w:rsidRPr="00BD009C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разных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авторов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одну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тему;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формулировать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выводы.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умения: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детской книгой, прогнозировать её содержание по названию; выбирать из предложенных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книг те, которые соответствуют теме; сравнивать произведения разных жанров на одну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тему. Формировать умение самостоятельно читать книги на заданную тему. Развивать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интерес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творчеству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Бунина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Саши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Чёрного.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Воспитывать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интерес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поэзии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творчеству поэтов ХХ–XXI вв. Воспитывать любовь к природе родного края. Воспитывать</w:t>
      </w:r>
      <w:r w:rsidRPr="00BD009C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ценностное отношение к самостоятельному чтению книг. Литературоведческие понятия: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метафора. Ключевые понятия русской культуры (через текст и вопросы): природа, поле,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цветок,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лето,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благо,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радость,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грусть.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речи: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значения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слов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употребление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своей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аргументации;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ответы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на вопросы к тексту; различные виды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чтения, выразительное чтение; пересказ подробный и выборочный, словесное рисование;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сочинение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устного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письменного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рассказов;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рассуждение.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Внутрипредметные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межпредметные связи: пословицы; русский язык, музыка, живопись. Метапредметность: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оценивание своей роли в коллективной работе с текстом; умение прислушиваться и с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уважением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относиться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участникам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обсуждения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прочитанного;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сравнение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различных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текстов между собой и литературных произведений с произведениями различных видов</w:t>
      </w:r>
      <w:r w:rsidRPr="00BD00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D009C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творчества.</w:t>
      </w:r>
    </w:p>
    <w:p w:rsidR="00BD009C" w:rsidRPr="00BD009C" w:rsidRDefault="00BD009C" w:rsidP="00BD00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ru-RU"/>
        </w:rPr>
      </w:pPr>
    </w:p>
    <w:p w:rsidR="008B67F0" w:rsidRPr="00BD009C" w:rsidRDefault="008B67F0">
      <w:pPr>
        <w:rPr>
          <w:lang w:val="ru-RU"/>
        </w:rPr>
        <w:sectPr w:rsidR="008B67F0" w:rsidRPr="00BD009C">
          <w:pgSz w:w="11900" w:h="16840"/>
          <w:pgMar w:top="298" w:right="708" w:bottom="1440" w:left="666" w:header="720" w:footer="720" w:gutter="0"/>
          <w:cols w:space="720" w:equalWidth="0">
            <w:col w:w="10526" w:space="0"/>
          </w:cols>
          <w:docGrid w:linePitch="360"/>
        </w:sectPr>
      </w:pPr>
    </w:p>
    <w:p w:rsidR="008B67F0" w:rsidRPr="00BD009C" w:rsidRDefault="008B67F0">
      <w:pPr>
        <w:autoSpaceDE w:val="0"/>
        <w:autoSpaceDN w:val="0"/>
        <w:spacing w:after="78" w:line="220" w:lineRule="exact"/>
        <w:rPr>
          <w:lang w:val="ru-RU"/>
        </w:rPr>
      </w:pPr>
    </w:p>
    <w:p w:rsidR="008B67F0" w:rsidRPr="00BD009C" w:rsidRDefault="00BD009C">
      <w:pPr>
        <w:autoSpaceDE w:val="0"/>
        <w:autoSpaceDN w:val="0"/>
        <w:spacing w:after="0" w:line="230" w:lineRule="auto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8B67F0" w:rsidRPr="00BD009C" w:rsidRDefault="00BD009C">
      <w:pPr>
        <w:autoSpaceDE w:val="0"/>
        <w:autoSpaceDN w:val="0"/>
        <w:spacing w:before="346" w:after="0" w:line="281" w:lineRule="auto"/>
        <w:ind w:right="720" w:firstLine="18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8B67F0" w:rsidRPr="00BD009C" w:rsidRDefault="00BD009C">
      <w:pPr>
        <w:autoSpaceDE w:val="0"/>
        <w:autoSpaceDN w:val="0"/>
        <w:spacing w:before="262" w:after="0" w:line="230" w:lineRule="auto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8B67F0" w:rsidRPr="00BD009C" w:rsidRDefault="00BD009C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</w:t>
      </w:r>
      <w:r w:rsidRPr="00BD009C">
        <w:rPr>
          <w:lang w:val="ru-RU"/>
        </w:rPr>
        <w:br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направлениям воспитательной деятельности:</w:t>
      </w:r>
    </w:p>
    <w:p w:rsidR="008B67F0" w:rsidRPr="00BD009C" w:rsidRDefault="00BD009C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</w:t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8B67F0" w:rsidRPr="00BD009C" w:rsidRDefault="00BD009C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- России, в том числе через изучение художественных произведений, отражающих историю и культуру страны;</w:t>
      </w:r>
    </w:p>
    <w:p w:rsidR="008B67F0" w:rsidRPr="00BD009C" w:rsidRDefault="00BD009C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proofErr w:type="gramStart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уважение</w:t>
      </w:r>
      <w:proofErr w:type="gramEnd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 к своему и другим народам, формируемое в том числе на основе примеров из художественных произведений и фольклора;</w:t>
      </w:r>
    </w:p>
    <w:p w:rsidR="008B67F0" w:rsidRPr="00BD009C" w:rsidRDefault="00BD009C">
      <w:pPr>
        <w:autoSpaceDE w:val="0"/>
        <w:autoSpaceDN w:val="0"/>
        <w:spacing w:before="190" w:after="0"/>
        <w:ind w:left="420" w:right="288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8B67F0" w:rsidRPr="00BD009C" w:rsidRDefault="00BD009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</w:t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8B67F0" w:rsidRPr="00BD009C" w:rsidRDefault="00BD009C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признание индивидуальности каждого человека с опорой на собственный жизненный и читательский опыт;</w:t>
      </w:r>
    </w:p>
    <w:p w:rsidR="008B67F0" w:rsidRPr="00BD009C" w:rsidRDefault="00BD009C">
      <w:pPr>
        <w:autoSpaceDE w:val="0"/>
        <w:autoSpaceDN w:val="0"/>
        <w:spacing w:before="192" w:after="0" w:line="271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</w:t>
      </w:r>
      <w:r w:rsidRPr="00BD009C">
        <w:rPr>
          <w:lang w:val="ru-RU"/>
        </w:rPr>
        <w:br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эмоционально-нравственной отзывчивости, понимания и сопереживания чувствам других людей;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288" w:right="144"/>
        <w:jc w:val="center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поведения, направленных на причинение физического и морального вреда  другим  людям (в том числе связанного с использованием недопустимых средств языка);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8B67F0" w:rsidRPr="00BD009C" w:rsidRDefault="00BD009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8B67F0" w:rsidRPr="00BD009C" w:rsidRDefault="00BD009C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самовыражению в разных видах художественной деятельности, в том числе в искусстве слова;</w:t>
      </w:r>
    </w:p>
    <w:p w:rsidR="008B67F0" w:rsidRPr="00BD009C" w:rsidRDefault="00BD009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B67F0" w:rsidRPr="00BD009C" w:rsidRDefault="008B67F0">
      <w:pPr>
        <w:rPr>
          <w:lang w:val="ru-RU"/>
        </w:rPr>
        <w:sectPr w:rsidR="008B67F0" w:rsidRPr="00BD009C">
          <w:pgSz w:w="11900" w:h="16840"/>
          <w:pgMar w:top="298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B67F0" w:rsidRPr="00BD009C" w:rsidRDefault="008B67F0">
      <w:pPr>
        <w:autoSpaceDE w:val="0"/>
        <w:autoSpaceDN w:val="0"/>
        <w:spacing w:after="150" w:line="220" w:lineRule="exact"/>
        <w:rPr>
          <w:lang w:val="ru-RU"/>
        </w:rPr>
      </w:pPr>
    </w:p>
    <w:p w:rsidR="008B67F0" w:rsidRPr="00BD009C" w:rsidRDefault="00BD009C">
      <w:pPr>
        <w:autoSpaceDE w:val="0"/>
        <w:autoSpaceDN w:val="0"/>
        <w:spacing w:after="0" w:line="262" w:lineRule="auto"/>
        <w:ind w:left="420" w:right="432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8B67F0" w:rsidRPr="00BD009C" w:rsidRDefault="00BD009C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B67F0" w:rsidRPr="00BD009C" w:rsidRDefault="00BD009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8B67F0" w:rsidRPr="00BD009C" w:rsidRDefault="00BD009C">
      <w:pPr>
        <w:autoSpaceDE w:val="0"/>
        <w:autoSpaceDN w:val="0"/>
        <w:spacing w:before="178" w:after="0" w:line="281" w:lineRule="auto"/>
        <w:ind w:left="420" w:right="144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—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</w:t>
      </w:r>
      <w:r w:rsidRPr="00BD009C">
        <w:rPr>
          <w:lang w:val="ru-RU"/>
        </w:rPr>
        <w:br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</w:t>
      </w:r>
      <w:r w:rsidRPr="00BD009C">
        <w:rPr>
          <w:lang w:val="ru-RU"/>
        </w:rPr>
        <w:br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произведений;</w:t>
      </w:r>
    </w:p>
    <w:p w:rsidR="008B67F0" w:rsidRPr="00BD009C" w:rsidRDefault="00BD009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8B67F0" w:rsidRPr="00BD009C" w:rsidRDefault="00BD009C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формируемое в процессе работы с текстами;</w:t>
      </w:r>
    </w:p>
    <w:p w:rsidR="008B67F0" w:rsidRPr="00BD009C" w:rsidRDefault="00BD009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вред;</w:t>
      </w:r>
    </w:p>
    <w:p w:rsidR="008B67F0" w:rsidRPr="00BD009C" w:rsidRDefault="00BD009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8B67F0" w:rsidRPr="00BD009C" w:rsidRDefault="00BD009C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proofErr w:type="gramStart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</w:t>
      </w:r>
      <w:proofErr w:type="gramEnd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представления о научной картине мира, формируемые в том числе в процессе усвоения ряда литературоведческих понятий;</w:t>
      </w:r>
    </w:p>
    <w:p w:rsidR="008B67F0" w:rsidRPr="00BD009C" w:rsidRDefault="00BD009C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познавательные интересы, активность,  инициативность, любознательность и </w:t>
      </w:r>
      <w:r w:rsidRPr="00BD009C">
        <w:rPr>
          <w:lang w:val="ru-RU"/>
        </w:rPr>
        <w:br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 познании, 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8B67F0" w:rsidRPr="00BD009C" w:rsidRDefault="00BD009C">
      <w:pPr>
        <w:autoSpaceDE w:val="0"/>
        <w:autoSpaceDN w:val="0"/>
        <w:spacing w:before="322" w:after="0" w:line="230" w:lineRule="auto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8B67F0" w:rsidRPr="00BD009C" w:rsidRDefault="00BD009C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BD009C">
        <w:rPr>
          <w:lang w:val="ru-RU"/>
        </w:rPr>
        <w:tab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</w:t>
      </w: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8B67F0" w:rsidRPr="00BD009C" w:rsidRDefault="00BD009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8B67F0" w:rsidRPr="00BD009C" w:rsidRDefault="00BD009C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различные тексты, устанавливать основания для сравнения текстов, устанавливать аналогии текстов;</w:t>
      </w:r>
    </w:p>
    <w:p w:rsidR="008B67F0" w:rsidRPr="00BD009C" w:rsidRDefault="00BD009C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объединять объекты (тексты) по определённому признаку;</w:t>
      </w:r>
    </w:p>
    <w:p w:rsidR="008B67F0" w:rsidRPr="00BD009C" w:rsidRDefault="00BD009C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 пословиц, поговорок, фразеологизмов;</w:t>
      </w:r>
    </w:p>
    <w:p w:rsidR="008B67F0" w:rsidRPr="00BD009C" w:rsidRDefault="00BD009C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B67F0" w:rsidRPr="00BD009C" w:rsidRDefault="00BD009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при анализе текста, делать выводы.</w:t>
      </w:r>
    </w:p>
    <w:p w:rsidR="008B67F0" w:rsidRPr="00BD009C" w:rsidRDefault="00BD009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8B67F0" w:rsidRPr="00BD009C" w:rsidRDefault="00BD009C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с помощью учителя формулировать цель, планировать изменения собственного высказывания в соответствии с речевой ситуацией;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proofErr w:type="gramStart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сравнивать</w:t>
      </w:r>
      <w:proofErr w:type="gramEnd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 несколько вариантов выполнения задания, выбирать наиболее подходящий (на основе предложенных критериев);</w:t>
      </w:r>
    </w:p>
    <w:p w:rsidR="008B67F0" w:rsidRPr="00BD009C" w:rsidRDefault="008B67F0">
      <w:pPr>
        <w:rPr>
          <w:lang w:val="ru-RU"/>
        </w:rPr>
        <w:sectPr w:rsidR="008B67F0" w:rsidRPr="00BD009C">
          <w:pgSz w:w="11900" w:h="16840"/>
          <w:pgMar w:top="370" w:right="664" w:bottom="332" w:left="666" w:header="720" w:footer="720" w:gutter="0"/>
          <w:cols w:space="720" w:equalWidth="0">
            <w:col w:w="10570" w:space="0"/>
          </w:cols>
          <w:docGrid w:linePitch="360"/>
        </w:sectPr>
      </w:pPr>
    </w:p>
    <w:p w:rsidR="008B67F0" w:rsidRPr="00BD009C" w:rsidRDefault="008B67F0">
      <w:pPr>
        <w:autoSpaceDE w:val="0"/>
        <w:autoSpaceDN w:val="0"/>
        <w:spacing w:after="114" w:line="220" w:lineRule="exact"/>
        <w:rPr>
          <w:lang w:val="ru-RU"/>
        </w:rPr>
      </w:pPr>
    </w:p>
    <w:p w:rsidR="008B67F0" w:rsidRPr="00BD009C" w:rsidRDefault="00BD009C">
      <w:pPr>
        <w:autoSpaceDE w:val="0"/>
        <w:autoSpaceDN w:val="0"/>
        <w:spacing w:after="0" w:line="262" w:lineRule="auto"/>
        <w:ind w:left="420" w:right="1152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предложенному плану несложное мини-исследование, выполнять по предложенному плану проектное задание;</w:t>
      </w:r>
    </w:p>
    <w:p w:rsidR="008B67F0" w:rsidRPr="00BD009C" w:rsidRDefault="00BD009C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развитие процессов, событий и их последствия в аналогичных или сходных ситуациях.</w:t>
      </w:r>
    </w:p>
    <w:p w:rsidR="008B67F0" w:rsidRPr="00BD009C" w:rsidRDefault="00BD009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8B67F0" w:rsidRPr="00BD009C" w:rsidRDefault="00BD009C">
      <w:pPr>
        <w:autoSpaceDE w:val="0"/>
        <w:autoSpaceDN w:val="0"/>
        <w:spacing w:before="180" w:after="0" w:line="262" w:lineRule="auto"/>
        <w:ind w:left="420" w:right="432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информации: нужный словарь, справочник для получения запрашиваемой информации, для уточнения;</w:t>
      </w:r>
    </w:p>
    <w:p w:rsidR="008B67F0" w:rsidRPr="00BD009C" w:rsidRDefault="00BD009C">
      <w:pPr>
        <w:autoSpaceDE w:val="0"/>
        <w:autoSpaceDN w:val="0"/>
        <w:spacing w:before="192" w:after="0" w:line="262" w:lineRule="auto"/>
        <w:ind w:left="420" w:right="7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графическую, видео, звуковую информацию в соответствии с учебной задачей;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8B67F0" w:rsidRPr="00BD009C" w:rsidRDefault="00BD009C">
      <w:pPr>
        <w:tabs>
          <w:tab w:val="left" w:pos="180"/>
        </w:tabs>
        <w:autoSpaceDE w:val="0"/>
        <w:autoSpaceDN w:val="0"/>
        <w:spacing w:before="178" w:after="0" w:line="262" w:lineRule="auto"/>
        <w:ind w:right="1008"/>
        <w:rPr>
          <w:lang w:val="ru-RU"/>
        </w:rPr>
      </w:pPr>
      <w:r w:rsidRPr="00BD009C">
        <w:rPr>
          <w:lang w:val="ru-RU"/>
        </w:rPr>
        <w:tab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8B67F0" w:rsidRPr="00BD009C" w:rsidRDefault="00BD009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Общение:</w:t>
      </w:r>
    </w:p>
    <w:p w:rsidR="008B67F0" w:rsidRPr="00BD009C" w:rsidRDefault="00BD009C">
      <w:pPr>
        <w:autoSpaceDE w:val="0"/>
        <w:autoSpaceDN w:val="0"/>
        <w:spacing w:before="178" w:after="0" w:line="262" w:lineRule="auto"/>
        <w:ind w:left="420" w:right="576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и формулировать суждения, выражать эмоции в соответствии с целями и условиями общения в знакомой среде;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проявлять уважительное отношение к собеседнику, соблюдать правила ведения диалоги и дискуссии;</w:t>
      </w:r>
    </w:p>
    <w:p w:rsidR="008B67F0" w:rsidRPr="00BD009C" w:rsidRDefault="00BD009C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</w:p>
    <w:p w:rsidR="008B67F0" w:rsidRPr="00BD009C" w:rsidRDefault="00BD009C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</w:p>
    <w:p w:rsidR="008B67F0" w:rsidRPr="00BD009C" w:rsidRDefault="00BD009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 в соответствии с речевой ситуацией;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8B67F0" w:rsidRPr="00BD009C" w:rsidRDefault="00BD009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8B67F0" w:rsidRPr="00BD009C" w:rsidRDefault="00BD009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8B67F0" w:rsidRPr="00BD009C" w:rsidRDefault="00BD009C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B67F0" w:rsidRPr="00BD009C" w:rsidRDefault="008B67F0">
      <w:pPr>
        <w:rPr>
          <w:lang w:val="ru-RU"/>
        </w:rPr>
        <w:sectPr w:rsidR="008B67F0" w:rsidRPr="00BD009C">
          <w:pgSz w:w="11900" w:h="16840"/>
          <w:pgMar w:top="334" w:right="744" w:bottom="402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8B67F0" w:rsidRPr="00BD009C" w:rsidRDefault="008B67F0">
      <w:pPr>
        <w:autoSpaceDE w:val="0"/>
        <w:autoSpaceDN w:val="0"/>
        <w:spacing w:after="108" w:line="220" w:lineRule="exact"/>
        <w:rPr>
          <w:lang w:val="ru-RU"/>
        </w:rPr>
      </w:pPr>
    </w:p>
    <w:p w:rsidR="008B67F0" w:rsidRPr="00BD009C" w:rsidRDefault="00BD009C">
      <w:pPr>
        <w:autoSpaceDE w:val="0"/>
        <w:autoSpaceDN w:val="0"/>
        <w:spacing w:after="0" w:line="262" w:lineRule="auto"/>
        <w:ind w:left="420" w:right="144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подчиняться, самостоятельно разрешать конфликты;</w:t>
      </w:r>
    </w:p>
    <w:p w:rsidR="008B67F0" w:rsidRPr="00BD009C" w:rsidRDefault="00BD009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</w:p>
    <w:p w:rsidR="008B67F0" w:rsidRPr="00BD009C" w:rsidRDefault="00BD009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</w:p>
    <w:p w:rsidR="008B67F0" w:rsidRPr="00BD009C" w:rsidRDefault="00BD009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8B67F0" w:rsidRPr="00BD009C" w:rsidRDefault="00BD009C">
      <w:pPr>
        <w:tabs>
          <w:tab w:val="left" w:pos="180"/>
        </w:tabs>
        <w:autoSpaceDE w:val="0"/>
        <w:autoSpaceDN w:val="0"/>
        <w:spacing w:before="178" w:after="0" w:line="262" w:lineRule="auto"/>
        <w:rPr>
          <w:lang w:val="ru-RU"/>
        </w:rPr>
      </w:pPr>
      <w:r w:rsidRPr="00BD009C">
        <w:rPr>
          <w:lang w:val="ru-RU"/>
        </w:rPr>
        <w:tab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8B67F0" w:rsidRPr="00BD009C" w:rsidRDefault="00BD009C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Самоорганизация:</w:t>
      </w:r>
    </w:p>
    <w:p w:rsidR="008B67F0" w:rsidRPr="00BD009C" w:rsidRDefault="00BD009C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</w:p>
    <w:p w:rsidR="008B67F0" w:rsidRPr="00BD009C" w:rsidRDefault="00BD009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действий.</w:t>
      </w:r>
    </w:p>
    <w:p w:rsidR="008B67F0" w:rsidRPr="00BD009C" w:rsidRDefault="00BD009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</w:t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8B67F0" w:rsidRPr="00BD009C" w:rsidRDefault="00BD009C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речевых ошибок и ошибок, связанных с анализом текстов;</w:t>
      </w:r>
    </w:p>
    <w:p w:rsidR="008B67F0" w:rsidRPr="00BD009C" w:rsidRDefault="00BD009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соотносить результат деятельности с поставленной учебной задачей по анализу текстов;</w:t>
      </w:r>
    </w:p>
    <w:p w:rsidR="008B67F0" w:rsidRPr="00BD009C" w:rsidRDefault="00BD009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находить ошибку, допущенную при работе с текстами;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B67F0" w:rsidRPr="00BD009C" w:rsidRDefault="00BD009C">
      <w:pPr>
        <w:autoSpaceDE w:val="0"/>
        <w:autoSpaceDN w:val="0"/>
        <w:spacing w:before="322" w:after="0" w:line="230" w:lineRule="auto"/>
        <w:rPr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8B67F0" w:rsidRPr="00BD009C" w:rsidRDefault="00BD009C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 классе </w:t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обучающийся </w:t>
      </w: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научится:</w:t>
      </w:r>
    </w:p>
    <w:p w:rsidR="008B67F0" w:rsidRPr="00BD009C" w:rsidRDefault="00BD009C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осознавать значимость чтения русской литературы для личного развития; для культурной самоидентификации;</w:t>
      </w:r>
    </w:p>
    <w:p w:rsidR="008B67F0" w:rsidRPr="00BD009C" w:rsidRDefault="00BD009C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определять позиции героев художественного текста, позицию автора художественного текста;</w:t>
      </w:r>
    </w:p>
    <w:p w:rsidR="008B67F0" w:rsidRPr="00BD009C" w:rsidRDefault="00BD009C">
      <w:pPr>
        <w:autoSpaceDE w:val="0"/>
        <w:autoSpaceDN w:val="0"/>
        <w:spacing w:before="192" w:after="0" w:line="271" w:lineRule="auto"/>
        <w:ind w:left="420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</w:t>
      </w:r>
      <w:r w:rsidRPr="00BD009C">
        <w:rPr>
          <w:lang w:val="ru-RU"/>
        </w:rPr>
        <w:br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преобразования художественных, научно-популярных и учебных текстов;</w:t>
      </w:r>
    </w:p>
    <w:p w:rsidR="008B67F0" w:rsidRPr="00BD009C" w:rsidRDefault="00BD009C">
      <w:pPr>
        <w:autoSpaceDE w:val="0"/>
        <w:autoSpaceDN w:val="0"/>
        <w:spacing w:before="190" w:after="0" w:line="281" w:lineRule="auto"/>
        <w:ind w:left="420" w:right="432"/>
        <w:rPr>
          <w:lang w:val="ru-RU"/>
        </w:rPr>
      </w:pPr>
      <w:proofErr w:type="gramStart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применять</w:t>
      </w:r>
      <w:proofErr w:type="gramEnd"/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 опыт чтения произведений русской  литературы для речевого </w:t>
      </w:r>
      <w:r w:rsidRPr="00BD009C">
        <w:rPr>
          <w:lang w:val="ru-RU"/>
        </w:rPr>
        <w:br/>
      </w: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краткого); составлять устный рассказ на основе прочитанных произведений с учётом коммуникативной задачи (для разных адресатов);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 выбирать  интересующую  литературу,  формировать и обогащать собственный круг чтения;</w:t>
      </w:r>
    </w:p>
    <w:p w:rsidR="008B67F0" w:rsidRPr="00BD009C" w:rsidRDefault="00BD009C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справочными источниками для понимания текста и получения дополнительной информации.</w:t>
      </w:r>
    </w:p>
    <w:p w:rsidR="008B67F0" w:rsidRPr="00BD009C" w:rsidRDefault="008B67F0">
      <w:pPr>
        <w:rPr>
          <w:lang w:val="ru-RU"/>
        </w:rPr>
        <w:sectPr w:rsidR="008B67F0" w:rsidRPr="00BD009C">
          <w:pgSz w:w="11900" w:h="16840"/>
          <w:pgMar w:top="328" w:right="724" w:bottom="398" w:left="666" w:header="720" w:footer="720" w:gutter="0"/>
          <w:cols w:space="720" w:equalWidth="0">
            <w:col w:w="10510" w:space="0"/>
          </w:cols>
          <w:docGrid w:linePitch="360"/>
        </w:sectPr>
      </w:pPr>
    </w:p>
    <w:p w:rsidR="008B67F0" w:rsidRPr="00BD009C" w:rsidRDefault="008B67F0">
      <w:pPr>
        <w:autoSpaceDE w:val="0"/>
        <w:autoSpaceDN w:val="0"/>
        <w:spacing w:after="64" w:line="220" w:lineRule="exact"/>
        <w:rPr>
          <w:lang w:val="ru-RU"/>
        </w:rPr>
      </w:pPr>
    </w:p>
    <w:p w:rsidR="008B67F0" w:rsidRDefault="00BD009C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466"/>
        <w:gridCol w:w="528"/>
        <w:gridCol w:w="1104"/>
        <w:gridCol w:w="1140"/>
        <w:gridCol w:w="806"/>
        <w:gridCol w:w="7036"/>
        <w:gridCol w:w="1464"/>
        <w:gridCol w:w="1562"/>
      </w:tblGrid>
      <w:tr w:rsidR="008B67F0" w:rsidRPr="00063FA9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BD009C">
            <w:pPr>
              <w:autoSpaceDE w:val="0"/>
              <w:autoSpaceDN w:val="0"/>
              <w:spacing w:before="78" w:after="0" w:line="245" w:lineRule="auto"/>
              <w:jc w:val="center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№</w:t>
            </w:r>
            <w:r w:rsidRPr="00063FA9">
              <w:rPr>
                <w:sz w:val="16"/>
                <w:szCs w:val="16"/>
              </w:rPr>
              <w:br/>
            </w:r>
            <w:r w:rsidRPr="00063FA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п/п</w:t>
            </w: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BD009C">
            <w:pPr>
              <w:autoSpaceDE w:val="0"/>
              <w:autoSpaceDN w:val="0"/>
              <w:spacing w:before="78" w:after="0" w:line="247" w:lineRule="auto"/>
              <w:ind w:left="72" w:right="336"/>
              <w:jc w:val="both"/>
              <w:rPr>
                <w:sz w:val="16"/>
                <w:szCs w:val="16"/>
                <w:lang w:val="ru-RU"/>
              </w:rPr>
            </w:pPr>
            <w:r w:rsidRPr="00063FA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BD0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Количество часов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BD009C">
            <w:pPr>
              <w:autoSpaceDE w:val="0"/>
              <w:autoSpaceDN w:val="0"/>
              <w:spacing w:before="78" w:after="0" w:line="245" w:lineRule="auto"/>
              <w:ind w:left="72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 xml:space="preserve">Дата </w:t>
            </w:r>
            <w:r w:rsidRPr="00063FA9">
              <w:rPr>
                <w:sz w:val="16"/>
                <w:szCs w:val="16"/>
              </w:rPr>
              <w:br/>
            </w:r>
            <w:r w:rsidRPr="00063FA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изучения</w:t>
            </w:r>
          </w:p>
        </w:tc>
        <w:tc>
          <w:tcPr>
            <w:tcW w:w="7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BD0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Виды деятельности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BD009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Виды, формы контроля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BD009C">
            <w:pPr>
              <w:autoSpaceDE w:val="0"/>
              <w:autoSpaceDN w:val="0"/>
              <w:spacing w:before="78" w:after="0" w:line="250" w:lineRule="auto"/>
              <w:ind w:left="72" w:right="144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 xml:space="preserve">Электронные </w:t>
            </w:r>
            <w:r w:rsidRPr="00063FA9">
              <w:rPr>
                <w:sz w:val="16"/>
                <w:szCs w:val="16"/>
              </w:rPr>
              <w:br/>
            </w:r>
            <w:r w:rsidRPr="00063FA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 xml:space="preserve">(цифровые) </w:t>
            </w:r>
            <w:r w:rsidRPr="00063FA9">
              <w:rPr>
                <w:sz w:val="16"/>
                <w:szCs w:val="16"/>
              </w:rPr>
              <w:br/>
            </w:r>
            <w:r w:rsidRPr="00063FA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образовательные ресурсы</w:t>
            </w:r>
          </w:p>
        </w:tc>
      </w:tr>
      <w:tr w:rsidR="008B67F0" w:rsidRPr="00063FA9" w:rsidTr="00D51A64">
        <w:trPr>
          <w:trHeight w:hRule="exact" w:val="576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F0" w:rsidRPr="00063FA9" w:rsidRDefault="008B67F0">
            <w:pPr>
              <w:rPr>
                <w:sz w:val="16"/>
                <w:szCs w:val="16"/>
              </w:rPr>
            </w:pPr>
          </w:p>
        </w:tc>
        <w:tc>
          <w:tcPr>
            <w:tcW w:w="1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F0" w:rsidRPr="00063FA9" w:rsidRDefault="008B67F0">
            <w:pPr>
              <w:rPr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BD0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BD009C">
            <w:pPr>
              <w:autoSpaceDE w:val="0"/>
              <w:autoSpaceDN w:val="0"/>
              <w:spacing w:before="78" w:after="0" w:line="245" w:lineRule="auto"/>
              <w:ind w:left="72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BD009C">
            <w:pPr>
              <w:autoSpaceDE w:val="0"/>
              <w:autoSpaceDN w:val="0"/>
              <w:spacing w:before="78" w:after="0" w:line="245" w:lineRule="auto"/>
              <w:ind w:left="72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</w:rPr>
              <w:t>практические работы</w:t>
            </w:r>
          </w:p>
        </w:tc>
        <w:tc>
          <w:tcPr>
            <w:tcW w:w="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F0" w:rsidRPr="00063FA9" w:rsidRDefault="008B67F0">
            <w:pPr>
              <w:rPr>
                <w:sz w:val="16"/>
                <w:szCs w:val="16"/>
              </w:rPr>
            </w:pPr>
          </w:p>
        </w:tc>
        <w:tc>
          <w:tcPr>
            <w:tcW w:w="7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F0" w:rsidRPr="00063FA9" w:rsidRDefault="008B67F0">
            <w:pPr>
              <w:rPr>
                <w:sz w:val="16"/>
                <w:szCs w:val="16"/>
              </w:rPr>
            </w:pPr>
          </w:p>
        </w:tc>
        <w:tc>
          <w:tcPr>
            <w:tcW w:w="1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F0" w:rsidRPr="00063FA9" w:rsidRDefault="008B67F0">
            <w:pPr>
              <w:rPr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F0" w:rsidRPr="00063FA9" w:rsidRDefault="008B67F0">
            <w:pPr>
              <w:rPr>
                <w:sz w:val="16"/>
                <w:szCs w:val="16"/>
              </w:rPr>
            </w:pPr>
          </w:p>
        </w:tc>
      </w:tr>
      <w:tr w:rsidR="008B67F0" w:rsidRPr="00063FA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BD0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  <w:lang w:val="ru-RU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Раздел 1.</w:t>
            </w:r>
            <w:r w:rsidRPr="00063FA9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szCs w:val="16"/>
              </w:rPr>
              <w:t>МИР ДЕТСТВА</w:t>
            </w:r>
          </w:p>
        </w:tc>
      </w:tr>
      <w:tr w:rsidR="0082161B" w:rsidRPr="00063FA9">
        <w:trPr>
          <w:trHeight w:hRule="exact" w:val="542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6" w:after="0" w:line="230" w:lineRule="auto"/>
              <w:jc w:val="center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1.1.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дравствуй, осень!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</w:t>
            </w:r>
            <w:r w:rsidRPr="00063FA9">
              <w:rPr>
                <w:rFonts w:ascii="Times New Roman" w:hAnsi="Times New Roman" w:cs="Times New Roman"/>
                <w:sz w:val="16"/>
                <w:szCs w:val="16"/>
              </w:rPr>
              <w:t>дравствуй,</w:t>
            </w:r>
            <w:r w:rsidRPr="00063FA9">
              <w:rPr>
                <w:sz w:val="16"/>
                <w:szCs w:val="16"/>
              </w:rPr>
              <w:t xml:space="preserve"> школа!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FA43BE" w:rsidRDefault="0082161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FA43BE" w:rsidRDefault="0082161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8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 w:rsidP="00D51A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15.09.2022</w:t>
            </w:r>
            <w:r w:rsidRPr="00D51A64">
              <w:rPr>
                <w:sz w:val="16"/>
                <w:szCs w:val="16"/>
              </w:rPr>
              <w:t>29.09.2022</w:t>
            </w:r>
          </w:p>
        </w:tc>
        <w:tc>
          <w:tcPr>
            <w:tcW w:w="70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6" w:after="0" w:line="245" w:lineRule="auto"/>
              <w:ind w:left="72" w:right="576"/>
              <w:rPr>
                <w:sz w:val="16"/>
                <w:szCs w:val="16"/>
                <w:lang w:val="ru-RU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Слушание текста: восприятие на слух художественных произведений, которые читает учитель, понимание содержания произведения, ответы на вопросы;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Устный опрос;</w:t>
            </w:r>
          </w:p>
        </w:tc>
        <w:tc>
          <w:tcPr>
            <w:tcW w:w="15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82161B" w:rsidRDefault="0082161B" w:rsidP="00BA4242">
            <w:pPr>
              <w:rPr>
                <w:sz w:val="16"/>
                <w:szCs w:val="16"/>
              </w:rPr>
            </w:pPr>
            <w:r w:rsidRPr="0082161B">
              <w:rPr>
                <w:sz w:val="16"/>
                <w:szCs w:val="16"/>
              </w:rPr>
              <w:t xml:space="preserve">www.uchportal.ru </w:t>
            </w:r>
          </w:p>
        </w:tc>
      </w:tr>
      <w:tr w:rsidR="0082161B" w:rsidRPr="00063FA9" w:rsidTr="00D51A64">
        <w:trPr>
          <w:trHeight w:hRule="exact" w:val="112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1.2.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</w:t>
            </w:r>
            <w:r w:rsidRPr="00063FA9">
              <w:rPr>
                <w:sz w:val="16"/>
                <w:szCs w:val="16"/>
                <w:lang w:val="ru-RU"/>
              </w:rPr>
              <w:t xml:space="preserve">ела давно минувших дней, преданья </w:t>
            </w:r>
            <w:proofErr w:type="gramStart"/>
            <w:r w:rsidRPr="00063FA9">
              <w:rPr>
                <w:sz w:val="16"/>
                <w:szCs w:val="16"/>
                <w:lang w:val="ru-RU"/>
              </w:rPr>
              <w:t>стари-ны</w:t>
            </w:r>
            <w:proofErr w:type="gramEnd"/>
            <w:r w:rsidRPr="00063FA9">
              <w:rPr>
                <w:sz w:val="16"/>
                <w:szCs w:val="16"/>
                <w:lang w:val="ru-RU"/>
              </w:rPr>
              <w:t xml:space="preserve"> глубоких…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FA43BE" w:rsidRDefault="0082161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FA43BE" w:rsidRDefault="0082161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 w:rsidP="00D51A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13.10.202227.10.202217.11.202201.12.2022</w:t>
            </w:r>
            <w:r w:rsidRPr="00D51A64">
              <w:rPr>
                <w:sz w:val="16"/>
                <w:szCs w:val="16"/>
              </w:rPr>
              <w:t>15.12.2022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16"/>
                <w:lang w:val="ru-RU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Работа в парах: чтение по ролям стихотворения; Характеристика текста художественного произведения: формулирование выводов о том, что в произведениях фантастики отражаются проблемы реального мира; актуализация внимательного отношения к деталям в художественных произведениях подраздела;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6" w:after="0" w:line="250" w:lineRule="auto"/>
              <w:ind w:left="72" w:right="288"/>
              <w:rPr>
                <w:sz w:val="16"/>
                <w:szCs w:val="16"/>
                <w:lang w:val="ru-RU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Самооценка с </w:t>
            </w:r>
            <w:r w:rsidRPr="00063FA9">
              <w:rPr>
                <w:sz w:val="16"/>
                <w:szCs w:val="16"/>
                <w:lang w:val="ru-RU"/>
              </w:rPr>
              <w:br/>
            </w:r>
            <w:proofErr w:type="gramStart"/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использованием«</w:t>
            </w:r>
            <w:proofErr w:type="gramEnd"/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Оценочного </w:t>
            </w:r>
            <w:r w:rsidRPr="00063FA9">
              <w:rPr>
                <w:sz w:val="16"/>
                <w:szCs w:val="16"/>
                <w:lang w:val="ru-RU"/>
              </w:rPr>
              <w:br/>
            </w: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листа»;</w:t>
            </w:r>
            <w:r w:rsidRPr="00FA43BE">
              <w:rPr>
                <w:lang w:val="ru-RU"/>
              </w:rPr>
              <w:t xml:space="preserve"> </w:t>
            </w:r>
            <w:r w:rsidRPr="00FA43BE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Тестирование;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82161B" w:rsidRDefault="0082161B" w:rsidP="00BA4242">
            <w:pPr>
              <w:rPr>
                <w:sz w:val="16"/>
                <w:szCs w:val="16"/>
                <w:lang w:val="ru-RU"/>
              </w:rPr>
            </w:pPr>
            <w:r w:rsidRPr="0082161B">
              <w:rPr>
                <w:sz w:val="16"/>
                <w:szCs w:val="16"/>
                <w:lang w:val="ru-RU"/>
              </w:rPr>
              <w:t xml:space="preserve"> </w:t>
            </w:r>
            <w:r w:rsidRPr="0082161B">
              <w:rPr>
                <w:sz w:val="16"/>
                <w:szCs w:val="16"/>
              </w:rPr>
              <w:t>http</w:t>
            </w:r>
            <w:r w:rsidRPr="0082161B">
              <w:rPr>
                <w:sz w:val="16"/>
                <w:szCs w:val="16"/>
                <w:lang w:val="ru-RU"/>
              </w:rPr>
              <w:t>://</w:t>
            </w:r>
            <w:r w:rsidRPr="0082161B">
              <w:rPr>
                <w:sz w:val="16"/>
                <w:szCs w:val="16"/>
              </w:rPr>
              <w:t>school</w:t>
            </w:r>
            <w:r w:rsidRPr="0082161B">
              <w:rPr>
                <w:sz w:val="16"/>
                <w:szCs w:val="16"/>
                <w:lang w:val="ru-RU"/>
              </w:rPr>
              <w:t>-</w:t>
            </w:r>
            <w:r w:rsidRPr="0082161B">
              <w:rPr>
                <w:sz w:val="16"/>
                <w:szCs w:val="16"/>
              </w:rPr>
              <w:t>collection</w:t>
            </w:r>
            <w:r w:rsidRPr="0082161B">
              <w:rPr>
                <w:sz w:val="16"/>
                <w:szCs w:val="16"/>
                <w:lang w:val="ru-RU"/>
              </w:rPr>
              <w:t>.</w:t>
            </w:r>
            <w:r w:rsidRPr="0082161B">
              <w:rPr>
                <w:sz w:val="16"/>
                <w:szCs w:val="16"/>
              </w:rPr>
              <w:t>edu</w:t>
            </w:r>
            <w:r w:rsidRPr="0082161B">
              <w:rPr>
                <w:sz w:val="16"/>
                <w:szCs w:val="16"/>
                <w:lang w:val="ru-RU"/>
              </w:rPr>
              <w:t>.</w:t>
            </w:r>
            <w:r w:rsidRPr="0082161B">
              <w:rPr>
                <w:sz w:val="16"/>
                <w:szCs w:val="16"/>
              </w:rPr>
              <w:t>ru</w:t>
            </w:r>
            <w:r w:rsidRPr="0082161B">
              <w:rPr>
                <w:sz w:val="16"/>
                <w:szCs w:val="16"/>
                <w:lang w:val="ru-RU"/>
              </w:rPr>
              <w:t>/</w:t>
            </w:r>
          </w:p>
        </w:tc>
      </w:tr>
      <w:tr w:rsidR="0082161B" w:rsidRPr="00063FA9" w:rsidTr="00063FA9">
        <w:trPr>
          <w:trHeight w:hRule="exact" w:val="7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1.3.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Г</w:t>
            </w:r>
            <w:r w:rsidRPr="00063FA9">
              <w:rPr>
                <w:sz w:val="16"/>
                <w:szCs w:val="16"/>
              </w:rPr>
              <w:t>де нам посчастливилось родиться…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FA43BE" w:rsidRDefault="0082161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FA43BE" w:rsidRDefault="0082161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D51A64" w:rsidRDefault="0082161B" w:rsidP="00D51A64">
            <w:pPr>
              <w:rPr>
                <w:sz w:val="16"/>
                <w:szCs w:val="16"/>
              </w:rPr>
            </w:pPr>
            <w:r w:rsidRPr="00D51A64">
              <w:rPr>
                <w:sz w:val="16"/>
                <w:szCs w:val="16"/>
              </w:rPr>
              <w:t>29.12.2022</w:t>
            </w:r>
          </w:p>
          <w:p w:rsidR="0082161B" w:rsidRPr="00063FA9" w:rsidRDefault="0082161B" w:rsidP="00D51A64">
            <w:pPr>
              <w:rPr>
                <w:sz w:val="16"/>
                <w:szCs w:val="16"/>
              </w:rPr>
            </w:pP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16"/>
                <w:szCs w:val="16"/>
                <w:lang w:val="ru-RU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Поиск в тексте ответов на вопрос о характерах главных героев, о том, что помогло им выстоять, сохранить дружбу и радость </w:t>
            </w:r>
            <w:proofErr w:type="gramStart"/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жизни.;</w:t>
            </w:r>
            <w:proofErr w:type="gramEnd"/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Устный опрос;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82161B" w:rsidRDefault="0082161B" w:rsidP="00BC4462">
            <w:pPr>
              <w:rPr>
                <w:sz w:val="16"/>
                <w:szCs w:val="16"/>
              </w:rPr>
            </w:pPr>
            <w:r w:rsidRPr="0082161B">
              <w:rPr>
                <w:sz w:val="16"/>
                <w:szCs w:val="16"/>
              </w:rPr>
              <w:t xml:space="preserve">www.uchportal.ru </w:t>
            </w:r>
          </w:p>
        </w:tc>
      </w:tr>
      <w:tr w:rsidR="0082161B" w:rsidRPr="00063FA9" w:rsidTr="00063FA9">
        <w:trPr>
          <w:trHeight w:hRule="exact" w:val="141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1.4.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Р</w:t>
            </w:r>
            <w:r w:rsidRPr="00063FA9">
              <w:rPr>
                <w:sz w:val="16"/>
                <w:szCs w:val="16"/>
                <w:lang w:val="ru-RU"/>
              </w:rPr>
              <w:t xml:space="preserve">ождество подарит праздник и добром </w:t>
            </w:r>
            <w:proofErr w:type="gramStart"/>
            <w:r w:rsidRPr="00063FA9">
              <w:rPr>
                <w:sz w:val="16"/>
                <w:szCs w:val="16"/>
                <w:lang w:val="ru-RU"/>
              </w:rPr>
              <w:t>согре-ет</w:t>
            </w:r>
            <w:proofErr w:type="gramEnd"/>
            <w:r w:rsidRPr="00063FA9">
              <w:rPr>
                <w:sz w:val="16"/>
                <w:szCs w:val="16"/>
                <w:lang w:val="ru-RU"/>
              </w:rPr>
              <w:t xml:space="preserve"> душу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FA43BE" w:rsidRDefault="0082161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FA43BE" w:rsidRDefault="0082161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rPr>
                <w:sz w:val="16"/>
                <w:szCs w:val="16"/>
              </w:rPr>
            </w:pPr>
            <w:r w:rsidRPr="00D51A64">
              <w:rPr>
                <w:sz w:val="16"/>
                <w:szCs w:val="16"/>
              </w:rPr>
              <w:t>19.01.2023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8" w:after="0" w:line="247" w:lineRule="auto"/>
              <w:ind w:left="72" w:right="432"/>
              <w:rPr>
                <w:sz w:val="16"/>
                <w:szCs w:val="16"/>
                <w:lang w:val="ru-RU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Характеристика текста художественного произведения: формулирование выводов о том, что в произведениях фантастики отражаются проблемы реального мира; актуализация внимательного отношения к деталям в художественных произведениях подраздела;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</w:rPr>
            </w:pPr>
            <w:r w:rsidRPr="00FA43BE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Письменный контроль;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82161B" w:rsidRDefault="0082161B" w:rsidP="00BC4462">
            <w:pPr>
              <w:rPr>
                <w:sz w:val="16"/>
                <w:szCs w:val="16"/>
              </w:rPr>
            </w:pPr>
            <w:r w:rsidRPr="0082161B">
              <w:rPr>
                <w:sz w:val="16"/>
                <w:szCs w:val="16"/>
              </w:rPr>
              <w:t xml:space="preserve"> http://school-collection.edu.ru/</w:t>
            </w:r>
          </w:p>
        </w:tc>
      </w:tr>
      <w:tr w:rsidR="008B67F0" w:rsidRPr="00063FA9">
        <w:trPr>
          <w:trHeight w:hRule="exact" w:val="348"/>
        </w:trPr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BD0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BD0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9</w:t>
            </w:r>
          </w:p>
        </w:tc>
        <w:tc>
          <w:tcPr>
            <w:tcW w:w="13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8B67F0">
            <w:pPr>
              <w:rPr>
                <w:sz w:val="16"/>
                <w:szCs w:val="16"/>
              </w:rPr>
            </w:pPr>
          </w:p>
        </w:tc>
      </w:tr>
      <w:tr w:rsidR="008B67F0" w:rsidRPr="00063FA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BD0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Раздел 2.</w:t>
            </w:r>
            <w:r w:rsidRPr="00063FA9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szCs w:val="16"/>
              </w:rPr>
              <w:t>РОССИЯ — РОДИНА МОЯ</w:t>
            </w:r>
          </w:p>
        </w:tc>
      </w:tr>
      <w:tr w:rsidR="0082161B" w:rsidRPr="00063FA9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2.1.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8" w:after="0" w:line="250" w:lineRule="auto"/>
              <w:ind w:right="288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szCs w:val="16"/>
                <w:lang w:val="ru-RU"/>
              </w:rPr>
              <w:t>Н</w:t>
            </w:r>
            <w:r w:rsidRPr="00D51A64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szCs w:val="16"/>
                <w:lang w:val="ru-RU"/>
              </w:rPr>
              <w:t>евидимый мир внутри тебя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FA43BE" w:rsidRDefault="0082161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FA43BE" w:rsidRDefault="0082161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D51A64" w:rsidRDefault="0082161B" w:rsidP="00D51A64">
            <w:pPr>
              <w:rPr>
                <w:sz w:val="16"/>
                <w:szCs w:val="16"/>
              </w:rPr>
            </w:pPr>
            <w:r w:rsidRPr="00D51A64">
              <w:rPr>
                <w:sz w:val="16"/>
                <w:szCs w:val="16"/>
              </w:rPr>
              <w:t>02.02.2023</w:t>
            </w:r>
          </w:p>
          <w:p w:rsidR="0082161B" w:rsidRPr="00063FA9" w:rsidRDefault="0082161B" w:rsidP="00D51A64">
            <w:pPr>
              <w:rPr>
                <w:sz w:val="16"/>
                <w:szCs w:val="16"/>
              </w:rPr>
            </w:pPr>
            <w:r w:rsidRPr="00D51A64">
              <w:rPr>
                <w:sz w:val="16"/>
                <w:szCs w:val="16"/>
              </w:rPr>
              <w:t>16.02.2023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16"/>
                <w:szCs w:val="16"/>
                <w:lang w:val="ru-RU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Работа с картой, на которой показано путешествие </w:t>
            </w:r>
            <w:proofErr w:type="gramStart"/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русско- го</w:t>
            </w:r>
            <w:proofErr w:type="gramEnd"/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 купца Афанасия Никитина: понимание информации, представленной на карте;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8" w:after="0" w:line="250" w:lineRule="auto"/>
              <w:ind w:left="72" w:right="288"/>
              <w:rPr>
                <w:sz w:val="16"/>
                <w:szCs w:val="16"/>
                <w:lang w:val="ru-RU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Самооценка с </w:t>
            </w:r>
            <w:r w:rsidRPr="00063FA9">
              <w:rPr>
                <w:sz w:val="16"/>
                <w:szCs w:val="16"/>
                <w:lang w:val="ru-RU"/>
              </w:rPr>
              <w:br/>
            </w:r>
            <w:proofErr w:type="gramStart"/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использованием«</w:t>
            </w:r>
            <w:proofErr w:type="gramEnd"/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Оценочного </w:t>
            </w:r>
            <w:r w:rsidRPr="00063FA9">
              <w:rPr>
                <w:sz w:val="16"/>
                <w:szCs w:val="16"/>
                <w:lang w:val="ru-RU"/>
              </w:rPr>
              <w:br/>
            </w: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82161B" w:rsidRDefault="0082161B" w:rsidP="00693D25">
            <w:pPr>
              <w:rPr>
                <w:sz w:val="16"/>
                <w:szCs w:val="16"/>
              </w:rPr>
            </w:pPr>
            <w:r w:rsidRPr="0082161B">
              <w:rPr>
                <w:sz w:val="16"/>
                <w:szCs w:val="16"/>
              </w:rPr>
              <w:t xml:space="preserve">www.uchportal.ru </w:t>
            </w:r>
          </w:p>
        </w:tc>
      </w:tr>
      <w:tr w:rsidR="0082161B" w:rsidRPr="00063FA9" w:rsidTr="00D51A64">
        <w:trPr>
          <w:trHeight w:hRule="exact" w:val="7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2.2.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D51A64" w:rsidRDefault="0082161B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  <w:lang w:val="ru-RU"/>
              </w:rPr>
              <w:t>Л</w:t>
            </w:r>
            <w:r w:rsidRPr="00D51A6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16"/>
                <w:lang w:val="ru-RU"/>
              </w:rPr>
              <w:t>юбовь к родине начинается с семьи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D51A64" w:rsidRDefault="0082161B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FA43BE" w:rsidRDefault="0082161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FA43BE" w:rsidRDefault="0082161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Default="0082161B">
            <w:pPr>
              <w:rPr>
                <w:sz w:val="16"/>
                <w:szCs w:val="16"/>
                <w:lang w:val="ru-RU"/>
              </w:rPr>
            </w:pPr>
            <w:r w:rsidRPr="00D51A64">
              <w:rPr>
                <w:sz w:val="16"/>
                <w:szCs w:val="16"/>
              </w:rPr>
              <w:t>02.03.2023</w:t>
            </w:r>
          </w:p>
          <w:p w:rsidR="0082161B" w:rsidRPr="00D51A64" w:rsidRDefault="0082161B">
            <w:pPr>
              <w:rPr>
                <w:sz w:val="16"/>
                <w:szCs w:val="16"/>
                <w:lang w:val="ru-RU"/>
              </w:rPr>
            </w:pPr>
            <w:r w:rsidRPr="00D51A64">
              <w:rPr>
                <w:sz w:val="16"/>
                <w:szCs w:val="16"/>
                <w:lang w:val="ru-RU"/>
              </w:rPr>
              <w:t>16.03.2023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6" w:after="0" w:line="250" w:lineRule="auto"/>
              <w:ind w:left="72"/>
              <w:rPr>
                <w:sz w:val="16"/>
                <w:szCs w:val="16"/>
                <w:lang w:val="ru-RU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Понимание значения слов и выражений в тексте: расшифровка, перевод на современный русский язык смысла высказывания князя: «Вечу колоколу не быти, посаднику не быти, а государство все нам держати!»;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Тестирование;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82161B" w:rsidRDefault="0082161B" w:rsidP="00693D25">
            <w:pPr>
              <w:rPr>
                <w:sz w:val="16"/>
                <w:szCs w:val="16"/>
              </w:rPr>
            </w:pPr>
            <w:r w:rsidRPr="0082161B">
              <w:rPr>
                <w:sz w:val="16"/>
                <w:szCs w:val="16"/>
              </w:rPr>
              <w:t xml:space="preserve"> http://school-collection.edu.ru/</w:t>
            </w:r>
          </w:p>
        </w:tc>
      </w:tr>
      <w:tr w:rsidR="0082161B" w:rsidRPr="00063FA9" w:rsidTr="00FA43BE">
        <w:trPr>
          <w:trHeight w:hRule="exact" w:val="63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2.3.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D51A64" w:rsidRDefault="0082161B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szCs w:val="16"/>
                <w:lang w:val="ru-RU"/>
              </w:rPr>
              <w:t>«И</w:t>
            </w:r>
            <w:r w:rsidRPr="00D51A64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szCs w:val="16"/>
                <w:lang w:val="ru-RU"/>
              </w:rPr>
              <w:t>дёт война народная, священная война!»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D51A64" w:rsidRDefault="0082161B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FA43BE" w:rsidRDefault="0082161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FA43BE" w:rsidRDefault="0082161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FA43BE" w:rsidRDefault="0082161B" w:rsidP="00FA43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>06.04.202320.04.202304.05.2023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16"/>
                <w:szCs w:val="16"/>
                <w:lang w:val="ru-RU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Характеристика формы художественного произведения: осознание особенностей образов; поиск тропов — эпитетов, олицетворений, метафор;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Практическая работа;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82161B" w:rsidRDefault="0082161B" w:rsidP="00947312">
            <w:pPr>
              <w:rPr>
                <w:sz w:val="16"/>
                <w:szCs w:val="16"/>
              </w:rPr>
            </w:pPr>
            <w:r w:rsidRPr="0082161B">
              <w:rPr>
                <w:sz w:val="16"/>
                <w:szCs w:val="16"/>
              </w:rPr>
              <w:t xml:space="preserve">www.uchportal.ru </w:t>
            </w:r>
          </w:p>
        </w:tc>
      </w:tr>
      <w:tr w:rsidR="0082161B" w:rsidRPr="00D51A64" w:rsidTr="00FA43BE">
        <w:trPr>
          <w:trHeight w:hRule="exact" w:val="70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D51A64" w:rsidRDefault="0082161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2.4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Default="0082161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szCs w:val="16"/>
                <w:lang w:val="ru-RU"/>
              </w:rPr>
              <w:t>Э</w:t>
            </w:r>
            <w:r w:rsidRPr="00D51A64">
              <w:rPr>
                <w:rFonts w:ascii="Times New Roman" w:eastAsia="Times New Roman" w:hAnsi="Times New Roman"/>
                <w:b/>
                <w:color w:val="221F1F"/>
                <w:w w:val="97"/>
                <w:sz w:val="16"/>
                <w:szCs w:val="16"/>
                <w:lang w:val="ru-RU"/>
              </w:rPr>
              <w:t>то русское раздолье, это родина моя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D51A64" w:rsidRDefault="0082161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D51A64" w:rsidRDefault="0082161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D51A64" w:rsidRDefault="0082161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D51A64" w:rsidRDefault="0082161B">
            <w:pPr>
              <w:rPr>
                <w:sz w:val="16"/>
                <w:szCs w:val="16"/>
                <w:lang w:val="ru-RU"/>
              </w:rPr>
            </w:pPr>
            <w:r w:rsidRPr="00FA43BE">
              <w:rPr>
                <w:sz w:val="16"/>
                <w:szCs w:val="16"/>
              </w:rPr>
              <w:t>18.05.2023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063FA9" w:rsidRDefault="0082161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Слушание текста: восприятие на слух художественных произведений, которые читает учитель, понимание содержания произведения, ответы на вопросы;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D51A64" w:rsidRDefault="0082161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</w:pPr>
            <w:r w:rsidRPr="00FA43BE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Письменный контроль;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2161B" w:rsidRPr="0082161B" w:rsidRDefault="0082161B" w:rsidP="00947312">
            <w:pPr>
              <w:rPr>
                <w:sz w:val="16"/>
                <w:szCs w:val="16"/>
                <w:lang w:val="ru-RU"/>
              </w:rPr>
            </w:pPr>
            <w:r w:rsidRPr="0082161B">
              <w:rPr>
                <w:sz w:val="16"/>
                <w:szCs w:val="16"/>
                <w:lang w:val="ru-RU"/>
              </w:rPr>
              <w:t xml:space="preserve"> </w:t>
            </w:r>
            <w:r w:rsidRPr="0082161B">
              <w:rPr>
                <w:sz w:val="16"/>
                <w:szCs w:val="16"/>
              </w:rPr>
              <w:t>http</w:t>
            </w:r>
            <w:r w:rsidRPr="0082161B">
              <w:rPr>
                <w:sz w:val="16"/>
                <w:szCs w:val="16"/>
                <w:lang w:val="ru-RU"/>
              </w:rPr>
              <w:t>://</w:t>
            </w:r>
            <w:r w:rsidRPr="0082161B">
              <w:rPr>
                <w:sz w:val="16"/>
                <w:szCs w:val="16"/>
              </w:rPr>
              <w:t>school</w:t>
            </w:r>
            <w:r w:rsidRPr="0082161B">
              <w:rPr>
                <w:sz w:val="16"/>
                <w:szCs w:val="16"/>
                <w:lang w:val="ru-RU"/>
              </w:rPr>
              <w:t>-</w:t>
            </w:r>
            <w:r w:rsidRPr="0082161B">
              <w:rPr>
                <w:sz w:val="16"/>
                <w:szCs w:val="16"/>
              </w:rPr>
              <w:t>collection</w:t>
            </w:r>
            <w:r w:rsidRPr="0082161B">
              <w:rPr>
                <w:sz w:val="16"/>
                <w:szCs w:val="16"/>
                <w:lang w:val="ru-RU"/>
              </w:rPr>
              <w:t>.</w:t>
            </w:r>
            <w:r w:rsidRPr="0082161B">
              <w:rPr>
                <w:sz w:val="16"/>
                <w:szCs w:val="16"/>
              </w:rPr>
              <w:t>edu</w:t>
            </w:r>
            <w:r w:rsidRPr="0082161B">
              <w:rPr>
                <w:sz w:val="16"/>
                <w:szCs w:val="16"/>
                <w:lang w:val="ru-RU"/>
              </w:rPr>
              <w:t>.</w:t>
            </w:r>
            <w:r w:rsidRPr="0082161B">
              <w:rPr>
                <w:sz w:val="16"/>
                <w:szCs w:val="16"/>
              </w:rPr>
              <w:t>ru</w:t>
            </w:r>
            <w:r w:rsidRPr="0082161B">
              <w:rPr>
                <w:sz w:val="16"/>
                <w:szCs w:val="16"/>
                <w:lang w:val="ru-RU"/>
              </w:rPr>
              <w:t>/</w:t>
            </w:r>
          </w:p>
        </w:tc>
      </w:tr>
      <w:tr w:rsidR="008B67F0" w:rsidRPr="00063FA9">
        <w:trPr>
          <w:trHeight w:hRule="exact" w:val="348"/>
        </w:trPr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BD0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D51A64" w:rsidRDefault="00D51A64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8</w:t>
            </w:r>
          </w:p>
        </w:tc>
        <w:tc>
          <w:tcPr>
            <w:tcW w:w="13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8B67F0">
            <w:pPr>
              <w:rPr>
                <w:sz w:val="16"/>
                <w:szCs w:val="16"/>
              </w:rPr>
            </w:pPr>
          </w:p>
        </w:tc>
      </w:tr>
      <w:tr w:rsidR="008B67F0" w:rsidRPr="00063FA9">
        <w:trPr>
          <w:trHeight w:hRule="exact" w:val="714"/>
        </w:trPr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BD009C">
            <w:pPr>
              <w:autoSpaceDE w:val="0"/>
              <w:autoSpaceDN w:val="0"/>
              <w:spacing w:before="78" w:after="0" w:line="247" w:lineRule="auto"/>
              <w:ind w:left="72"/>
              <w:rPr>
                <w:sz w:val="16"/>
                <w:szCs w:val="16"/>
                <w:lang w:val="ru-RU"/>
              </w:rPr>
            </w:pP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 xml:space="preserve">ОБЩЕЕ КОЛИЧЕСТВО ЧАСОВ ПО </w:t>
            </w:r>
            <w:r w:rsidRPr="00063FA9">
              <w:rPr>
                <w:sz w:val="16"/>
                <w:szCs w:val="16"/>
                <w:lang w:val="ru-RU"/>
              </w:rPr>
              <w:br/>
            </w:r>
            <w:r w:rsidRPr="00063FA9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D51A64" w:rsidRDefault="00D51A64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17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FA43BE" w:rsidRDefault="00FA43BE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FA43BE" w:rsidRDefault="00FA43BE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</w:rPr>
              <w:t>3</w:t>
            </w:r>
          </w:p>
        </w:tc>
        <w:tc>
          <w:tcPr>
            <w:tcW w:w="10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063FA9" w:rsidRDefault="008B67F0">
            <w:pPr>
              <w:rPr>
                <w:sz w:val="16"/>
                <w:szCs w:val="16"/>
              </w:rPr>
            </w:pPr>
          </w:p>
        </w:tc>
      </w:tr>
    </w:tbl>
    <w:p w:rsidR="008B67F0" w:rsidRDefault="008B67F0">
      <w:pPr>
        <w:autoSpaceDE w:val="0"/>
        <w:autoSpaceDN w:val="0"/>
        <w:spacing w:after="0" w:line="14" w:lineRule="exact"/>
      </w:pPr>
    </w:p>
    <w:p w:rsidR="008B67F0" w:rsidRDefault="008B67F0">
      <w:pPr>
        <w:sectPr w:rsidR="008B67F0" w:rsidSect="00FA43BE">
          <w:pgSz w:w="16840" w:h="11900"/>
          <w:pgMar w:top="282" w:right="640" w:bottom="851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B67F0" w:rsidRDefault="008B67F0">
      <w:pPr>
        <w:autoSpaceDE w:val="0"/>
        <w:autoSpaceDN w:val="0"/>
        <w:spacing w:after="78" w:line="220" w:lineRule="exact"/>
      </w:pPr>
    </w:p>
    <w:p w:rsidR="008B67F0" w:rsidRDefault="00BD009C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98"/>
        <w:gridCol w:w="1764"/>
      </w:tblGrid>
      <w:tr w:rsidR="008B67F0" w:rsidTr="00D51A64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8B67F0" w:rsidTr="00D51A64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F0" w:rsidRDefault="008B67F0"/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F0" w:rsidRDefault="008B67F0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F0" w:rsidRDefault="008B67F0"/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7F0" w:rsidRDefault="008B67F0"/>
        </w:tc>
      </w:tr>
      <w:tr w:rsidR="008B67F0" w:rsidTr="00D51A64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Осени приметы.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B67F0" w:rsidTr="00D51A64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BD009C" w:rsidRDefault="00BD009C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Школьная дружба. Кто зазнаётся, тот без друзей остаётся.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B67F0" w:rsidRPr="00C1579F" w:rsidTr="00D51A64">
        <w:trPr>
          <w:trHeight w:hRule="exact" w:val="1502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BD009C" w:rsidRDefault="00BD009C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Было ль, не было ль</w:t>
            </w:r>
            <w:proofErr w:type="gramStart"/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…</w:t>
            </w:r>
            <w:r w:rsidRPr="00BD009C">
              <w:rPr>
                <w:lang w:val="ru-RU"/>
              </w:rPr>
              <w:br/>
            </w: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</w:t>
            </w:r>
            <w:proofErr w:type="gramEnd"/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Богатырская наша сила –сила духа и сила воли!»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BD009C" w:rsidRDefault="00BD009C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BD009C">
              <w:rPr>
                <w:lang w:val="ru-RU"/>
              </w:rPr>
              <w:br/>
            </w:r>
            <w:proofErr w:type="gramStart"/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Оценочного </w:t>
            </w:r>
            <w:r w:rsidRPr="00BD009C">
              <w:rPr>
                <w:lang w:val="ru-RU"/>
              </w:rPr>
              <w:br/>
            </w: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B67F0" w:rsidTr="00D51A64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BD009C" w:rsidRDefault="00BD009C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Страна городов. Отец и дочь.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27.10.2022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B67F0" w:rsidTr="00D51A64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Подвиги во имя любви.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17.11.2022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B67F0" w:rsidTr="00D51A64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BD009C" w:rsidRDefault="00BD009C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Племянник Ломоносов. Учитель, ученик, родная кровь.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01.12.2022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B67F0" w:rsidRPr="00C1579F" w:rsidTr="00D51A64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Первые на Руси книги для детей.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Проектная работа.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15.12.2022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BD009C" w:rsidRDefault="00BD009C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BD009C">
              <w:rPr>
                <w:lang w:val="ru-RU"/>
              </w:rPr>
              <w:br/>
            </w:r>
            <w:proofErr w:type="gramStart"/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Оценочного </w:t>
            </w:r>
            <w:r w:rsidRPr="00BD009C">
              <w:rPr>
                <w:lang w:val="ru-RU"/>
              </w:rPr>
              <w:br/>
            </w: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B67F0" w:rsidRPr="00C1579F" w:rsidTr="00D51A64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BD009C" w:rsidRDefault="00BD009C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«Любовь очей, моя </w:t>
            </w:r>
            <w:r w:rsidRPr="00BD009C">
              <w:rPr>
                <w:lang w:val="ru-RU"/>
              </w:rPr>
              <w:br/>
            </w: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страна!» Хранимая Богом родная земля!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29.12.2022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BD009C" w:rsidRDefault="00BD009C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BD009C">
              <w:rPr>
                <w:lang w:val="ru-RU"/>
              </w:rPr>
              <w:br/>
            </w:r>
            <w:proofErr w:type="gramStart"/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Оценочного </w:t>
            </w:r>
            <w:r w:rsidRPr="00BD009C">
              <w:rPr>
                <w:lang w:val="ru-RU"/>
              </w:rPr>
              <w:br/>
            </w: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B67F0" w:rsidTr="00D51A64">
        <w:trPr>
          <w:trHeight w:hRule="exact" w:val="1166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BD009C" w:rsidRDefault="00BD009C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Каждый из нас ангел.</w:t>
            </w:r>
          </w:p>
          <w:p w:rsidR="008B67F0" w:rsidRPr="00BD009C" w:rsidRDefault="00BD009C">
            <w:pPr>
              <w:autoSpaceDE w:val="0"/>
              <w:autoSpaceDN w:val="0"/>
              <w:spacing w:before="72" w:after="0" w:line="262" w:lineRule="auto"/>
              <w:ind w:left="72" w:right="144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Рождество добром согреет душу!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B67F0" w:rsidTr="00D51A64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BD009C" w:rsidRDefault="00BD009C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Хлеб в пути – не в тягость.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B67F0" w:rsidTr="00D51A64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 начале было слово.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16.02.2023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8B67F0" w:rsidRPr="00C1579F" w:rsidTr="00D51A64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BD009C" w:rsidRDefault="00BD009C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Семья – мои корни. «Я </w:t>
            </w:r>
            <w:r w:rsidRPr="00BD009C">
              <w:rPr>
                <w:lang w:val="ru-RU"/>
              </w:rPr>
              <w:br/>
            </w: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буду светить путеводной звездой!» Вместе с мамой.</w:t>
            </w:r>
          </w:p>
          <w:p w:rsidR="008B67F0" w:rsidRDefault="00BD009C">
            <w:pPr>
              <w:autoSpaceDE w:val="0"/>
              <w:autoSpaceDN w:val="0"/>
              <w:spacing w:before="70" w:after="0" w:line="262" w:lineRule="auto"/>
              <w:ind w:left="72" w:right="432"/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Как хорошо, когда папа рядом!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Бабушка моя!..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BD009C" w:rsidRDefault="00BD009C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BD009C">
              <w:rPr>
                <w:lang w:val="ru-RU"/>
              </w:rPr>
              <w:br/>
            </w:r>
            <w:proofErr w:type="gramStart"/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Оценочного </w:t>
            </w:r>
            <w:r w:rsidRPr="00BD009C">
              <w:rPr>
                <w:lang w:val="ru-RU"/>
              </w:rPr>
              <w:br/>
            </w: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</w:tbl>
    <w:p w:rsidR="008B67F0" w:rsidRPr="00BD009C" w:rsidRDefault="008B67F0">
      <w:pPr>
        <w:autoSpaceDE w:val="0"/>
        <w:autoSpaceDN w:val="0"/>
        <w:spacing w:after="0" w:line="14" w:lineRule="exact"/>
        <w:rPr>
          <w:lang w:val="ru-RU"/>
        </w:rPr>
      </w:pPr>
    </w:p>
    <w:p w:rsidR="008B67F0" w:rsidRPr="00BD009C" w:rsidRDefault="008B67F0">
      <w:pPr>
        <w:rPr>
          <w:lang w:val="ru-RU"/>
        </w:rPr>
        <w:sectPr w:rsidR="008B67F0" w:rsidRPr="00BD009C">
          <w:pgSz w:w="11900" w:h="16840"/>
          <w:pgMar w:top="298" w:right="650" w:bottom="8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B67F0" w:rsidRPr="00BD009C" w:rsidRDefault="008B67F0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8B67F0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BD009C" w:rsidRDefault="00BD009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Весна, весна красная!</w:t>
            </w:r>
          </w:p>
          <w:p w:rsidR="008B67F0" w:rsidRPr="00BD009C" w:rsidRDefault="00BD009C">
            <w:pPr>
              <w:autoSpaceDE w:val="0"/>
              <w:autoSpaceDN w:val="0"/>
              <w:spacing w:before="70" w:after="0"/>
              <w:ind w:left="72" w:right="432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Приди, весна, с </w:t>
            </w:r>
            <w:r w:rsidRPr="00BD009C">
              <w:rPr>
                <w:lang w:val="ru-RU"/>
              </w:rPr>
              <w:br/>
            </w: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радостью… В толстый колокол звонят, так </w:t>
            </w:r>
            <w:r w:rsidRPr="00BD009C">
              <w:rPr>
                <w:lang w:val="ru-RU"/>
              </w:rPr>
              <w:br/>
            </w: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праздник.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B67F0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Героическая азбука.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B67F0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BD009C" w:rsidRDefault="00BD009C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«…А был он лишь солдат…»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B67F0" w:rsidRPr="00C1579F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Дети-герои.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BD009C" w:rsidRDefault="00BD009C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BD009C">
              <w:rPr>
                <w:lang w:val="ru-RU"/>
              </w:rPr>
              <w:br/>
            </w:r>
            <w:proofErr w:type="gramStart"/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Оценочного </w:t>
            </w:r>
            <w:r w:rsidRPr="00BD009C">
              <w:rPr>
                <w:lang w:val="ru-RU"/>
              </w:rPr>
              <w:br/>
            </w: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B67F0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BD009C" w:rsidRDefault="00BD009C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Русских полей нежное </w:t>
            </w:r>
            <w:r w:rsidRPr="00BD009C">
              <w:rPr>
                <w:lang w:val="ru-RU"/>
              </w:rPr>
              <w:br/>
            </w: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очарованье… Здравствуй, лето! Я хочу, чтобы лето не кончалось…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B67F0">
        <w:trPr>
          <w:trHeight w:hRule="exact" w:val="80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Pr="00BD009C" w:rsidRDefault="00BD009C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BD009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BD0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67F0" w:rsidRDefault="008B67F0"/>
        </w:tc>
      </w:tr>
    </w:tbl>
    <w:p w:rsidR="008B67F0" w:rsidRDefault="008B67F0">
      <w:pPr>
        <w:autoSpaceDE w:val="0"/>
        <w:autoSpaceDN w:val="0"/>
        <w:spacing w:after="0" w:line="14" w:lineRule="exact"/>
      </w:pPr>
    </w:p>
    <w:p w:rsidR="008B67F0" w:rsidRDefault="008B67F0">
      <w:pPr>
        <w:sectPr w:rsidR="008B67F0">
          <w:pgSz w:w="11900" w:h="16840"/>
          <w:pgMar w:top="284" w:right="650" w:bottom="45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B67F0" w:rsidRDefault="008B67F0">
      <w:pPr>
        <w:autoSpaceDE w:val="0"/>
        <w:autoSpaceDN w:val="0"/>
        <w:spacing w:after="78" w:line="220" w:lineRule="exact"/>
      </w:pPr>
    </w:p>
    <w:p w:rsidR="008B67F0" w:rsidRPr="00FA43BE" w:rsidRDefault="00BD009C">
      <w:pPr>
        <w:autoSpaceDE w:val="0"/>
        <w:autoSpaceDN w:val="0"/>
        <w:spacing w:after="0" w:line="230" w:lineRule="auto"/>
        <w:rPr>
          <w:lang w:val="ru-RU"/>
        </w:rPr>
      </w:pPr>
      <w:r w:rsidRPr="00FA43B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8B67F0" w:rsidRPr="00FA43BE" w:rsidRDefault="00BD009C">
      <w:pPr>
        <w:autoSpaceDE w:val="0"/>
        <w:autoSpaceDN w:val="0"/>
        <w:spacing w:before="346" w:after="0" w:line="230" w:lineRule="auto"/>
        <w:rPr>
          <w:lang w:val="ru-RU"/>
        </w:rPr>
      </w:pPr>
      <w:r w:rsidRPr="00FA43BE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FA43BE" w:rsidRDefault="00BD009C">
      <w:pPr>
        <w:autoSpaceDE w:val="0"/>
        <w:autoSpaceDN w:val="0"/>
        <w:spacing w:before="166" w:after="0" w:line="271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>Литературное чтение на родном (русском) языке (в 2 частях), 4 класс/Кутейникова Н.Е., Синёва О.В.,</w:t>
      </w:r>
    </w:p>
    <w:p w:rsidR="008B67F0" w:rsidRPr="00BD009C" w:rsidRDefault="00BD009C">
      <w:pPr>
        <w:autoSpaceDE w:val="0"/>
        <w:autoSpaceDN w:val="0"/>
        <w:spacing w:before="166" w:after="0" w:line="271" w:lineRule="auto"/>
        <w:rPr>
          <w:lang w:val="ru-RU"/>
        </w:rPr>
      </w:pPr>
      <w:r w:rsidRPr="00BD009C">
        <w:rPr>
          <w:rFonts w:ascii="Times New Roman" w:eastAsia="Times New Roman" w:hAnsi="Times New Roman"/>
          <w:color w:val="000000"/>
          <w:sz w:val="24"/>
          <w:lang w:val="ru-RU"/>
        </w:rPr>
        <w:t xml:space="preserve"> Дудова Л.В.; под редакцией Богданова С.И., ООО «Русское слово-учебник»; </w:t>
      </w:r>
      <w:r w:rsidRPr="00BD009C">
        <w:rPr>
          <w:lang w:val="ru-RU"/>
        </w:rPr>
        <w:br/>
      </w:r>
    </w:p>
    <w:p w:rsidR="00FA43BE" w:rsidRDefault="00BD009C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FA43BE" w:rsidRDefault="00FA43BE">
      <w:pPr>
        <w:autoSpaceDE w:val="0"/>
        <w:autoSpaceDN w:val="0"/>
        <w:spacing w:before="262" w:after="0" w:line="230" w:lineRule="auto"/>
        <w:rPr>
          <w:lang w:val="ru-RU"/>
        </w:rPr>
      </w:pPr>
      <w:r w:rsidRPr="00FA43BE">
        <w:rPr>
          <w:lang w:val="ru-RU"/>
        </w:rPr>
        <w:tab/>
        <w:t xml:space="preserve">Кутейникова Н.Е., Синёва О.В. Методическое пособие к учебнику «Литературное чтение на родном(русском) языке» для 4 класса общеобразовательных организаций (авт. Н.Е. Кутейникова, </w:t>
      </w:r>
    </w:p>
    <w:p w:rsidR="00FA43BE" w:rsidRPr="00FA43BE" w:rsidRDefault="00FA43BE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proofErr w:type="gramStart"/>
      <w:r w:rsidRPr="00FA43BE">
        <w:rPr>
          <w:lang w:val="ru-RU"/>
        </w:rPr>
        <w:t>О .</w:t>
      </w:r>
      <w:proofErr w:type="gramEnd"/>
      <w:r w:rsidRPr="00FA43BE">
        <w:rPr>
          <w:lang w:val="ru-RU"/>
        </w:rPr>
        <w:t>В. Синёва; под ред. С.И. Богданова). М.: ООО «Русское слово — учебник», 2021.</w:t>
      </w:r>
    </w:p>
    <w:p w:rsidR="008B67F0" w:rsidRDefault="00BD009C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FA43BE" w:rsidRDefault="00FA43BE">
      <w:pPr>
        <w:autoSpaceDE w:val="0"/>
        <w:autoSpaceDN w:val="0"/>
        <w:spacing w:before="262" w:after="0" w:line="230" w:lineRule="auto"/>
        <w:rPr>
          <w:lang w:val="ru-RU"/>
        </w:rPr>
      </w:pPr>
      <w:r w:rsidRPr="00FA43BE">
        <w:rPr>
          <w:lang w:val="ru-RU"/>
        </w:rPr>
        <w:tab/>
      </w:r>
      <w:hyperlink r:id="rId7" w:history="1">
        <w:r w:rsidRPr="00450B8E">
          <w:rPr>
            <w:rStyle w:val="aff8"/>
            <w:lang w:val="ru-RU"/>
          </w:rPr>
          <w:t>www.uchportal.ru</w:t>
        </w:r>
      </w:hyperlink>
      <w:r w:rsidRPr="00FA43BE">
        <w:rPr>
          <w:lang w:val="ru-RU"/>
        </w:rPr>
        <w:t xml:space="preserve"> </w:t>
      </w:r>
    </w:p>
    <w:p w:rsidR="00FA43BE" w:rsidRDefault="00FA43BE">
      <w:pPr>
        <w:autoSpaceDE w:val="0"/>
        <w:autoSpaceDN w:val="0"/>
        <w:spacing w:before="262" w:after="0" w:line="230" w:lineRule="auto"/>
        <w:rPr>
          <w:lang w:val="ru-RU"/>
        </w:rPr>
      </w:pPr>
      <w:r w:rsidRPr="00FA43BE">
        <w:rPr>
          <w:lang w:val="ru-RU"/>
        </w:rPr>
        <w:t xml:space="preserve"> </w:t>
      </w:r>
      <w:hyperlink r:id="rId8" w:history="1">
        <w:r w:rsidRPr="00450B8E">
          <w:rPr>
            <w:rStyle w:val="aff8"/>
            <w:lang w:val="ru-RU"/>
          </w:rPr>
          <w:t>http://school-collection.edu.ru/</w:t>
        </w:r>
      </w:hyperlink>
    </w:p>
    <w:p w:rsidR="00FA43BE" w:rsidRPr="00BD009C" w:rsidRDefault="00FA43BE">
      <w:pPr>
        <w:autoSpaceDE w:val="0"/>
        <w:autoSpaceDN w:val="0"/>
        <w:spacing w:before="262" w:after="0" w:line="230" w:lineRule="auto"/>
        <w:rPr>
          <w:lang w:val="ru-RU"/>
        </w:rPr>
      </w:pPr>
    </w:p>
    <w:p w:rsidR="008B67F0" w:rsidRPr="00BD009C" w:rsidRDefault="008B67F0">
      <w:pPr>
        <w:autoSpaceDE w:val="0"/>
        <w:autoSpaceDN w:val="0"/>
        <w:spacing w:after="78" w:line="220" w:lineRule="exact"/>
        <w:rPr>
          <w:lang w:val="ru-RU"/>
        </w:rPr>
      </w:pPr>
    </w:p>
    <w:p w:rsidR="0082161B" w:rsidRPr="0082161B" w:rsidRDefault="00BD009C">
      <w:pPr>
        <w:autoSpaceDE w:val="0"/>
        <w:autoSpaceDN w:val="0"/>
        <w:spacing w:after="0" w:line="379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</w:p>
    <w:p w:rsidR="0082161B" w:rsidRPr="0082161B" w:rsidRDefault="0082161B">
      <w:pPr>
        <w:autoSpaceDE w:val="0"/>
        <w:autoSpaceDN w:val="0"/>
        <w:spacing w:after="0" w:line="379" w:lineRule="auto"/>
        <w:ind w:right="432"/>
        <w:rPr>
          <w:rFonts w:ascii="Times New Roman" w:eastAsia="Times New Roman" w:hAnsi="Times New Roman"/>
          <w:color w:val="000000"/>
          <w:sz w:val="24"/>
          <w:lang w:val="ru-RU"/>
        </w:rPr>
      </w:pPr>
      <w:r w:rsidRPr="0082161B">
        <w:rPr>
          <w:rFonts w:ascii="Times New Roman" w:eastAsia="Times New Roman" w:hAnsi="Times New Roman"/>
          <w:color w:val="000000"/>
          <w:sz w:val="24"/>
          <w:lang w:val="ru-RU"/>
        </w:rPr>
        <w:tab/>
        <w:t>Справочные таблицы, книги, портреты писателей, демонстрационный материал</w:t>
      </w:r>
    </w:p>
    <w:p w:rsidR="008B67F0" w:rsidRPr="00BD009C" w:rsidRDefault="00BD009C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BD009C">
        <w:rPr>
          <w:lang w:val="ru-RU"/>
        </w:rPr>
        <w:br/>
      </w:r>
      <w:r w:rsidRPr="00BD009C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BD009C" w:rsidRPr="00BD009C" w:rsidRDefault="0082161B">
      <w:pPr>
        <w:rPr>
          <w:lang w:val="ru-RU"/>
        </w:rPr>
      </w:pPr>
      <w:r w:rsidRPr="0082161B">
        <w:rPr>
          <w:lang w:val="ru-RU"/>
        </w:rPr>
        <w:tab/>
        <w:t>Интерактивная доска. Мультимедийный проектор</w:t>
      </w:r>
    </w:p>
    <w:sectPr w:rsidR="00BD009C" w:rsidRPr="00BD009C" w:rsidSect="00FA43BE">
      <w:pgSz w:w="11900" w:h="16840"/>
      <w:pgMar w:top="1440" w:right="1440" w:bottom="1440" w:left="709" w:header="720" w:footer="720" w:gutter="0"/>
      <w:cols w:space="720" w:equalWidth="0">
        <w:col w:w="11315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3FA9"/>
    <w:rsid w:val="0015074B"/>
    <w:rsid w:val="0029639D"/>
    <w:rsid w:val="00326F90"/>
    <w:rsid w:val="0082161B"/>
    <w:rsid w:val="008B67F0"/>
    <w:rsid w:val="00AA1D8D"/>
    <w:rsid w:val="00B47730"/>
    <w:rsid w:val="00BD009C"/>
    <w:rsid w:val="00C1579F"/>
    <w:rsid w:val="00CB0664"/>
    <w:rsid w:val="00D51A64"/>
    <w:rsid w:val="00FA43B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B5254EA-E409-4234-8601-5EF4286C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1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14">
    <w:name w:val="Нет списка1"/>
    <w:next w:val="a4"/>
    <w:uiPriority w:val="99"/>
    <w:semiHidden/>
    <w:unhideWhenUsed/>
    <w:rsid w:val="00BD009C"/>
  </w:style>
  <w:style w:type="table" w:customStyle="1" w:styleId="TableNormal">
    <w:name w:val="Table Normal"/>
    <w:uiPriority w:val="2"/>
    <w:semiHidden/>
    <w:unhideWhenUsed/>
    <w:qFormat/>
    <w:rsid w:val="00BD009C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BD00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styleId="aff8">
    <w:name w:val="Hyperlink"/>
    <w:basedOn w:val="a2"/>
    <w:uiPriority w:val="99"/>
    <w:unhideWhenUsed/>
    <w:rsid w:val="00FA43BE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82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821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chporta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45E5F3-C7C5-46F8-9922-45E8355F6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7255</Words>
  <Characters>41359</Characters>
  <Application>Microsoft Office Word</Application>
  <DocSecurity>0</DocSecurity>
  <Lines>344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48517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4</cp:revision>
  <cp:lastPrinted>2022-10-17T19:47:00Z</cp:lastPrinted>
  <dcterms:created xsi:type="dcterms:W3CDTF">2022-10-17T19:57:00Z</dcterms:created>
  <dcterms:modified xsi:type="dcterms:W3CDTF">2023-06-14T05:37:00Z</dcterms:modified>
</cp:coreProperties>
</file>